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31664" w14:textId="2D8ED18C" w:rsidR="001E61AE" w:rsidRDefault="00000000" w:rsidP="001E61AE">
      <w:pPr>
        <w:pStyle w:val="Title"/>
        <w:suppressLineNumbers/>
        <w:spacing w:after="0"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JOURNAL MANUSCRIPT AND SUBMISSION TEMPLATE</w:t>
      </w:r>
    </w:p>
    <w:p w14:paraId="1D116777" w14:textId="77777777" w:rsidR="001E61AE" w:rsidRPr="001E61AE" w:rsidRDefault="001E61AE" w:rsidP="001E61AE"/>
    <w:p w14:paraId="5D6435D3" w14:textId="4E8A5105" w:rsidR="004355E0" w:rsidRPr="00D532CF" w:rsidRDefault="00000000" w:rsidP="00F10029">
      <w:pPr>
        <w:pStyle w:val="TemplateInstruction"/>
        <w:suppressLineNumbers/>
        <w:spacing w:after="0"/>
        <w:rPr>
          <w:rFonts w:cs="Times New Roman"/>
          <w:color w:val="000000" w:themeColor="text1"/>
          <w:sz w:val="24"/>
          <w:szCs w:val="24"/>
        </w:rPr>
      </w:pPr>
      <w:r w:rsidRPr="00D532CF">
        <w:rPr>
          <w:rFonts w:cs="Times New Roman"/>
          <w:color w:val="000000" w:themeColor="text1"/>
          <w:sz w:val="24"/>
          <w:szCs w:val="24"/>
        </w:rPr>
        <w:t>HOW TO USE: Replace all bracketed placeholders with your information. Delete all gray instruction boxes and unused sections before submission. Save the title page and anonymized manuscript as separate Microsoft Word files. Do not add author-identifying information to the anonymized manuscript.</w:t>
      </w:r>
    </w:p>
    <w:p w14:paraId="6871B66B"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Submission Package Checklist</w:t>
      </w:r>
    </w:p>
    <w:p w14:paraId="6D700DBF"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Separate title page</w:t>
      </w:r>
    </w:p>
    <w:p w14:paraId="7ECC4148"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Anonymized manuscript</w:t>
      </w:r>
    </w:p>
    <w:p w14:paraId="7CF172BF"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Cover letter</w:t>
      </w:r>
    </w:p>
    <w:p w14:paraId="55CBF283"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Author contribution statement</w:t>
      </w:r>
    </w:p>
    <w:p w14:paraId="0C235F70"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Ethics approval or exemption document, when applicable</w:t>
      </w:r>
    </w:p>
    <w:p w14:paraId="441108FB"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Required research permits, when applicable</w:t>
      </w:r>
    </w:p>
    <w:p w14:paraId="5C924EFD"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Supplementary materials, instruments, datasets, or reporting checklist, when required</w:t>
      </w:r>
    </w:p>
    <w:p w14:paraId="73ED1686"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Point-by-point response for revised submissions</w:t>
      </w:r>
    </w:p>
    <w:p w14:paraId="698611FB"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Technical Requirements</w:t>
      </w:r>
    </w:p>
    <w:p w14:paraId="576CBB66"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Editable Microsoft Word format (.docx)</w:t>
      </w:r>
    </w:p>
    <w:p w14:paraId="015E2382"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Times New Roman, 12-point font</w:t>
      </w:r>
    </w:p>
    <w:p w14:paraId="1384D17A"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Double-spaced text</w:t>
      </w:r>
    </w:p>
    <w:p w14:paraId="6964DEFB"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One-inch margins</w:t>
      </w:r>
    </w:p>
    <w:p w14:paraId="5DCB2839"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Single-column layout</w:t>
      </w:r>
    </w:p>
    <w:p w14:paraId="55D2FD8E"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Continuous line numbers in the anonymized manuscript</w:t>
      </w:r>
    </w:p>
    <w:p w14:paraId="1A560B2D"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Clear and consistent headings</w:t>
      </w:r>
    </w:p>
    <w:p w14:paraId="71F787F9"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Editable tables; no screenshots or photographs of tables</w:t>
      </w:r>
    </w:p>
    <w:p w14:paraId="4028585D"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APA 7th Edition references with DOI links when available</w:t>
      </w:r>
    </w:p>
    <w:p w14:paraId="66D2B9D4"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Submission email: </w:t>
      </w:r>
      <w:r w:rsidRPr="00D532CF">
        <w:rPr>
          <w:rFonts w:cs="Times New Roman"/>
          <w:color w:val="000000" w:themeColor="text1"/>
          <w:szCs w:val="24"/>
        </w:rPr>
        <w:t>editor@jrdmsonline.com</w:t>
      </w:r>
      <w:r w:rsidRPr="00D532CF">
        <w:rPr>
          <w:rFonts w:cs="Times New Roman"/>
          <w:color w:val="000000" w:themeColor="text1"/>
          <w:szCs w:val="24"/>
        </w:rPr>
        <w:br/>
        <w:t>Acknowledgment: Authors will normally receive confirmation within seven days. Confirmation of receipt does not mean that the manuscript has entered peer review.</w:t>
      </w:r>
    </w:p>
    <w:p w14:paraId="3D2FF63F" w14:textId="77777777" w:rsidR="004355E0" w:rsidRPr="00D532CF" w:rsidRDefault="004355E0" w:rsidP="00F10029">
      <w:pPr>
        <w:suppressLineNumbers/>
        <w:spacing w:line="240" w:lineRule="auto"/>
        <w:rPr>
          <w:rFonts w:cs="Times New Roman"/>
          <w:color w:val="000000" w:themeColor="text1"/>
          <w:szCs w:val="24"/>
        </w:rPr>
        <w:sectPr w:rsidR="004355E0" w:rsidRPr="00D532CF">
          <w:footerReference w:type="default" r:id="rId8"/>
          <w:pgSz w:w="12240" w:h="15840"/>
          <w:pgMar w:top="1440" w:right="1440" w:bottom="1440" w:left="1440" w:header="720" w:footer="720" w:gutter="0"/>
          <w:cols w:space="720"/>
          <w:docGrid w:linePitch="360"/>
        </w:sectPr>
      </w:pPr>
    </w:p>
    <w:p w14:paraId="7406AEDE" w14:textId="77777777" w:rsidR="004355E0" w:rsidRPr="00D532CF" w:rsidRDefault="00000000" w:rsidP="00F10029">
      <w:pPr>
        <w:suppressLineNumbers/>
        <w:spacing w:before="700" w:line="240" w:lineRule="auto"/>
        <w:jc w:val="center"/>
        <w:rPr>
          <w:rFonts w:cs="Times New Roman"/>
          <w:color w:val="000000" w:themeColor="text1"/>
          <w:szCs w:val="24"/>
        </w:rPr>
      </w:pPr>
      <w:r w:rsidRPr="00D532CF">
        <w:rPr>
          <w:rFonts w:cs="Times New Roman"/>
          <w:b/>
          <w:color w:val="000000" w:themeColor="text1"/>
          <w:szCs w:val="24"/>
        </w:rPr>
        <w:lastRenderedPageBreak/>
        <w:t>PART A. TITLE PAGE</w:t>
      </w:r>
    </w:p>
    <w:p w14:paraId="3F6F6EA3" w14:textId="77777777" w:rsidR="004355E0" w:rsidRPr="00D532CF" w:rsidRDefault="00000000" w:rsidP="00F10029">
      <w:pPr>
        <w:suppressLineNumbers/>
        <w:spacing w:line="240" w:lineRule="auto"/>
        <w:jc w:val="center"/>
        <w:rPr>
          <w:rFonts w:cs="Times New Roman"/>
          <w:color w:val="000000" w:themeColor="text1"/>
          <w:szCs w:val="24"/>
        </w:rPr>
      </w:pPr>
      <w:r w:rsidRPr="00D532CF">
        <w:rPr>
          <w:rFonts w:cs="Times New Roman"/>
          <w:i/>
          <w:color w:val="000000" w:themeColor="text1"/>
          <w:szCs w:val="24"/>
        </w:rPr>
        <w:t>Submit as a separate file. This section is not anonymized.</w:t>
      </w:r>
    </w:p>
    <w:p w14:paraId="30F443F3" w14:textId="161F0B9A" w:rsidR="004355E0" w:rsidRPr="00D532CF" w:rsidRDefault="00000000" w:rsidP="00F10029">
      <w:pPr>
        <w:pStyle w:val="TemplateInstruction"/>
        <w:suppressLineNumbers/>
        <w:spacing w:after="0"/>
        <w:rPr>
          <w:rFonts w:cs="Times New Roman"/>
          <w:color w:val="000000" w:themeColor="text1"/>
          <w:sz w:val="24"/>
          <w:szCs w:val="24"/>
        </w:rPr>
      </w:pPr>
      <w:r w:rsidRPr="00D532CF">
        <w:rPr>
          <w:rFonts w:cs="Times New Roman"/>
          <w:color w:val="000000" w:themeColor="text1"/>
          <w:sz w:val="24"/>
          <w:szCs w:val="24"/>
        </w:rPr>
        <w:t xml:space="preserve">Complete every applicable item. The corresponding author must verify that all author details are accurate and that every listed author has approved the submission. </w:t>
      </w:r>
    </w:p>
    <w:p w14:paraId="25DF87DD" w14:textId="77777777" w:rsidR="004355E0" w:rsidRPr="00D532CF" w:rsidRDefault="00000000" w:rsidP="00F10029">
      <w:pPr>
        <w:pStyle w:val="Title"/>
        <w:suppressLineNumbers/>
        <w:spacing w:after="0"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[Complete Manuscript Title]</w:t>
      </w:r>
    </w:p>
    <w:p w14:paraId="0B6BE0D0"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Short title or running title: </w:t>
      </w:r>
      <w:r w:rsidRPr="00D532CF">
        <w:rPr>
          <w:rFonts w:cs="Times New Roman"/>
          <w:i/>
          <w:color w:val="000000" w:themeColor="text1"/>
          <w:szCs w:val="24"/>
        </w:rPr>
        <w:t>[Optional; usually 50 characters or fewer]</w:t>
      </w:r>
    </w:p>
    <w:p w14:paraId="449C2F87"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Authors and Affiliations</w:t>
      </w:r>
    </w:p>
    <w:p w14:paraId="36D82F13" w14:textId="77777777" w:rsidR="004355E0" w:rsidRPr="00D532CF" w:rsidRDefault="00000000" w:rsidP="00F10029">
      <w:pPr>
        <w:pStyle w:val="TemplateInstruction"/>
        <w:suppressLineNumbers/>
        <w:spacing w:after="0"/>
        <w:rPr>
          <w:rFonts w:cs="Times New Roman"/>
          <w:color w:val="000000" w:themeColor="text1"/>
          <w:sz w:val="24"/>
          <w:szCs w:val="24"/>
        </w:rPr>
      </w:pPr>
      <w:r w:rsidRPr="00D532CF">
        <w:rPr>
          <w:rFonts w:cs="Times New Roman"/>
          <w:color w:val="000000" w:themeColor="text1"/>
          <w:sz w:val="24"/>
          <w:szCs w:val="24"/>
        </w:rPr>
        <w:t>List each author in the agreed publication order. Use superscript numbers to connect authors with their affiliations when there is more than one affiliation. Include the country for each affiliation.</w:t>
      </w:r>
    </w:p>
    <w:p w14:paraId="1E92CE5C"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Author 1: </w:t>
      </w:r>
      <w:r w:rsidRPr="00D532CF">
        <w:rPr>
          <w:rFonts w:cs="Times New Roman"/>
          <w:i/>
          <w:color w:val="000000" w:themeColor="text1"/>
          <w:szCs w:val="24"/>
        </w:rPr>
        <w:t>[Full name; ORCID: https://orcid.org/0000-0000-0000-0000; Affiliation number]</w:t>
      </w:r>
    </w:p>
    <w:p w14:paraId="01036CD4"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Author 2: </w:t>
      </w:r>
      <w:r w:rsidRPr="00D532CF">
        <w:rPr>
          <w:rFonts w:cs="Times New Roman"/>
          <w:i/>
          <w:color w:val="000000" w:themeColor="text1"/>
          <w:szCs w:val="24"/>
        </w:rPr>
        <w:t>[Full name; ORCID; Affiliation number]</w:t>
      </w:r>
    </w:p>
    <w:p w14:paraId="7B72A67A"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Author 3: </w:t>
      </w:r>
      <w:r w:rsidRPr="00D532CF">
        <w:rPr>
          <w:rFonts w:cs="Times New Roman"/>
          <w:i/>
          <w:color w:val="000000" w:themeColor="text1"/>
          <w:szCs w:val="24"/>
        </w:rPr>
        <w:t>[Add or remove author lines as needed]</w:t>
      </w:r>
    </w:p>
    <w:p w14:paraId="78698FA1"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Affiliation 1: </w:t>
      </w:r>
      <w:r w:rsidRPr="00D532CF">
        <w:rPr>
          <w:rFonts w:cs="Times New Roman"/>
          <w:i/>
          <w:color w:val="000000" w:themeColor="text1"/>
          <w:szCs w:val="24"/>
        </w:rPr>
        <w:t>[Department/Unit, Institution, City, Country]</w:t>
      </w:r>
    </w:p>
    <w:p w14:paraId="04B7FBDE"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Affiliation 2: </w:t>
      </w:r>
      <w:r w:rsidRPr="00D532CF">
        <w:rPr>
          <w:rFonts w:cs="Times New Roman"/>
          <w:i/>
          <w:color w:val="000000" w:themeColor="text1"/>
          <w:szCs w:val="24"/>
        </w:rPr>
        <w:t>[Department/Unit, Institution, City, Country]</w:t>
      </w:r>
    </w:p>
    <w:p w14:paraId="2146282D"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Corresponding Author</w:t>
      </w:r>
    </w:p>
    <w:p w14:paraId="1B80067D"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Name: </w:t>
      </w:r>
      <w:r w:rsidRPr="00D532CF">
        <w:rPr>
          <w:rFonts w:cs="Times New Roman"/>
          <w:i/>
          <w:color w:val="000000" w:themeColor="text1"/>
          <w:szCs w:val="24"/>
        </w:rPr>
        <w:t>[Full name]</w:t>
      </w:r>
    </w:p>
    <w:p w14:paraId="1985AF79"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Institution: </w:t>
      </w:r>
      <w:r w:rsidRPr="00D532CF">
        <w:rPr>
          <w:rFonts w:cs="Times New Roman"/>
          <w:i/>
          <w:color w:val="000000" w:themeColor="text1"/>
          <w:szCs w:val="24"/>
        </w:rPr>
        <w:t>[Institutional affiliation]</w:t>
      </w:r>
    </w:p>
    <w:p w14:paraId="38A96211"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Email: </w:t>
      </w:r>
      <w:r w:rsidRPr="00D532CF">
        <w:rPr>
          <w:rFonts w:cs="Times New Roman"/>
          <w:i/>
          <w:color w:val="000000" w:themeColor="text1"/>
          <w:szCs w:val="24"/>
        </w:rPr>
        <w:t>[Active email address]</w:t>
      </w:r>
    </w:p>
    <w:p w14:paraId="5523E6FD"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Postal address: </w:t>
      </w:r>
      <w:r w:rsidRPr="00D532CF">
        <w:rPr>
          <w:rFonts w:cs="Times New Roman"/>
          <w:i/>
          <w:color w:val="000000" w:themeColor="text1"/>
          <w:szCs w:val="24"/>
        </w:rPr>
        <w:t>[Optional unless required by the journal]</w:t>
      </w:r>
    </w:p>
    <w:p w14:paraId="5D615651"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Author Contributions</w:t>
      </w:r>
    </w:p>
    <w:p w14:paraId="7A395C88" w14:textId="77777777" w:rsidR="004355E0" w:rsidRPr="00D532CF" w:rsidRDefault="00000000" w:rsidP="00F10029">
      <w:pPr>
        <w:pStyle w:val="TemplateInstruction"/>
        <w:suppressLineNumbers/>
        <w:spacing w:after="0"/>
        <w:rPr>
          <w:rFonts w:cs="Times New Roman"/>
          <w:color w:val="000000" w:themeColor="text1"/>
          <w:sz w:val="24"/>
          <w:szCs w:val="24"/>
        </w:rPr>
      </w:pPr>
      <w:r w:rsidRPr="00D532CF">
        <w:rPr>
          <w:rFonts w:cs="Times New Roman"/>
          <w:color w:val="000000" w:themeColor="text1"/>
          <w:sz w:val="24"/>
          <w:szCs w:val="24"/>
        </w:rPr>
        <w:t>State each author’s specific contribution. CRediT role terminology may be used, such as Conceptualization, Methodology, Investigation, Formal Analysis, Writing – Original Draft, Writing – Review and Editing, Supervision, Project Administration, or Funding Acquisition.</w:t>
      </w:r>
    </w:p>
    <w:p w14:paraId="059FB7F5" w14:textId="77777777" w:rsidR="004355E0" w:rsidRPr="00D532CF" w:rsidRDefault="00000000" w:rsidP="00F10029">
      <w:pPr>
        <w:pStyle w:val="Placeholder"/>
        <w:suppressLineNumbers/>
        <w:spacing w:line="240" w:lineRule="auto"/>
        <w:rPr>
          <w:rFonts w:cs="Times New Roman"/>
          <w:color w:val="000000" w:themeColor="text1"/>
          <w:szCs w:val="24"/>
        </w:rPr>
      </w:pPr>
      <w:r w:rsidRPr="00D532CF">
        <w:rPr>
          <w:rFonts w:cs="Times New Roman"/>
          <w:color w:val="000000" w:themeColor="text1"/>
          <w:szCs w:val="24"/>
        </w:rPr>
        <w:t>[Example: A.A. conceived the study and developed the methodology. B.B. collected and analyzed the data. C.C. supervised the project and critically revised the manuscript. All authors reviewed and approved the final manuscript.]</w:t>
      </w:r>
    </w:p>
    <w:p w14:paraId="5B60F0DE"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Funding</w:t>
      </w:r>
    </w:p>
    <w:p w14:paraId="31055DB3" w14:textId="77777777" w:rsidR="004355E0" w:rsidRPr="00D532CF" w:rsidRDefault="00000000" w:rsidP="00F10029">
      <w:pPr>
        <w:pStyle w:val="Placeholder"/>
        <w:suppressLineNumbers/>
        <w:spacing w:line="240" w:lineRule="auto"/>
        <w:rPr>
          <w:rFonts w:cs="Times New Roman"/>
          <w:color w:val="000000" w:themeColor="text1"/>
          <w:szCs w:val="24"/>
        </w:rPr>
      </w:pPr>
      <w:r w:rsidRPr="00D532CF">
        <w:rPr>
          <w:rFonts w:cs="Times New Roman"/>
          <w:color w:val="000000" w:themeColor="text1"/>
          <w:szCs w:val="24"/>
        </w:rPr>
        <w:t>[Identify the funder and grant number. If there was no external funding, state: “This research received no external funding.”]</w:t>
      </w:r>
    </w:p>
    <w:p w14:paraId="35E868D4"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Competing Interests</w:t>
      </w:r>
    </w:p>
    <w:p w14:paraId="300A6DD3" w14:textId="77777777" w:rsidR="004355E0" w:rsidRPr="00D532CF" w:rsidRDefault="00000000" w:rsidP="00F10029">
      <w:pPr>
        <w:pStyle w:val="Placeholder"/>
        <w:suppressLineNumbers/>
        <w:spacing w:line="240" w:lineRule="auto"/>
        <w:rPr>
          <w:rFonts w:cs="Times New Roman"/>
          <w:color w:val="000000" w:themeColor="text1"/>
          <w:szCs w:val="24"/>
        </w:rPr>
      </w:pPr>
      <w:r w:rsidRPr="00D532CF">
        <w:rPr>
          <w:rFonts w:cs="Times New Roman"/>
          <w:color w:val="000000" w:themeColor="text1"/>
          <w:szCs w:val="24"/>
        </w:rPr>
        <w:t>[Disclose any financial, professional, or personal relationships that could influence the work. If none, state: “The authors declare no competing interests.”]</w:t>
      </w:r>
    </w:p>
    <w:p w14:paraId="1B240535"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Data Availability</w:t>
      </w:r>
    </w:p>
    <w:p w14:paraId="4FE875A7" w14:textId="77777777" w:rsidR="004355E0" w:rsidRPr="00D532CF" w:rsidRDefault="00000000" w:rsidP="00F10029">
      <w:pPr>
        <w:pStyle w:val="Placeholder"/>
        <w:suppressLineNumbers/>
        <w:spacing w:line="240" w:lineRule="auto"/>
        <w:rPr>
          <w:rFonts w:cs="Times New Roman"/>
          <w:color w:val="000000" w:themeColor="text1"/>
          <w:szCs w:val="24"/>
        </w:rPr>
      </w:pPr>
      <w:r w:rsidRPr="00D532CF">
        <w:rPr>
          <w:rFonts w:cs="Times New Roman"/>
          <w:color w:val="000000" w:themeColor="text1"/>
          <w:szCs w:val="24"/>
        </w:rPr>
        <w:t>[State where and under what conditions the data, code, or materials may be accessed. If data cannot be shared, briefly explain the ethical, legal, privacy, or proprietary restriction.]</w:t>
      </w:r>
    </w:p>
    <w:p w14:paraId="23F678BD"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lastRenderedPageBreak/>
        <w:t>Ethics Approval and Informed Consent</w:t>
      </w:r>
    </w:p>
    <w:p w14:paraId="4182A1CF" w14:textId="77777777" w:rsidR="004355E0" w:rsidRPr="00D532CF" w:rsidRDefault="00000000" w:rsidP="00F10029">
      <w:pPr>
        <w:pStyle w:val="Placeholder"/>
        <w:suppressLineNumbers/>
        <w:spacing w:line="240" w:lineRule="auto"/>
        <w:rPr>
          <w:rFonts w:cs="Times New Roman"/>
          <w:color w:val="000000" w:themeColor="text1"/>
          <w:szCs w:val="24"/>
        </w:rPr>
      </w:pPr>
      <w:r w:rsidRPr="00D532CF">
        <w:rPr>
          <w:rFonts w:cs="Times New Roman"/>
          <w:color w:val="000000" w:themeColor="text1"/>
          <w:szCs w:val="24"/>
        </w:rPr>
        <w:t>[Name the approving ethics committee, approval or exemption number, and approval date. State how informed consent or assent was obtained when applicable. For studies not requiring ethics review, provide a clear exemption or non-applicability statement.]</w:t>
      </w:r>
    </w:p>
    <w:p w14:paraId="4B86500D"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Acknowledgments</w:t>
      </w:r>
    </w:p>
    <w:p w14:paraId="7AB9D1FE" w14:textId="77777777" w:rsidR="004355E0" w:rsidRPr="00D532CF" w:rsidRDefault="00000000" w:rsidP="00F10029">
      <w:pPr>
        <w:pStyle w:val="Placeholder"/>
        <w:suppressLineNumbers/>
        <w:spacing w:line="240" w:lineRule="auto"/>
        <w:rPr>
          <w:rFonts w:cs="Times New Roman"/>
          <w:color w:val="000000" w:themeColor="text1"/>
          <w:szCs w:val="24"/>
        </w:rPr>
      </w:pPr>
      <w:r w:rsidRPr="00D532CF">
        <w:rPr>
          <w:rFonts w:cs="Times New Roman"/>
          <w:color w:val="000000" w:themeColor="text1"/>
          <w:szCs w:val="24"/>
        </w:rPr>
        <w:t>[Recognize contributors who do not meet authorship criteria. Obtain permission before naming individuals. Remove this section when not applicable.]</w:t>
      </w:r>
    </w:p>
    <w:p w14:paraId="45BA0438" w14:textId="77777777" w:rsidR="004355E0" w:rsidRPr="00D532CF" w:rsidRDefault="004355E0" w:rsidP="00F10029">
      <w:pPr>
        <w:suppressLineNumbers/>
        <w:spacing w:line="240" w:lineRule="auto"/>
        <w:rPr>
          <w:rFonts w:cs="Times New Roman"/>
          <w:color w:val="000000" w:themeColor="text1"/>
          <w:szCs w:val="24"/>
        </w:rPr>
        <w:sectPr w:rsidR="004355E0" w:rsidRPr="00D532CF">
          <w:footerReference w:type="default" r:id="rId9"/>
          <w:pgSz w:w="12240" w:h="15840"/>
          <w:pgMar w:top="1440" w:right="1440" w:bottom="1440" w:left="1440" w:header="720" w:footer="720" w:gutter="0"/>
          <w:cols w:space="720"/>
          <w:docGrid w:linePitch="360"/>
        </w:sectPr>
      </w:pPr>
    </w:p>
    <w:p w14:paraId="0C40B76E" w14:textId="77777777" w:rsidR="004355E0" w:rsidRPr="00D532CF" w:rsidRDefault="00000000" w:rsidP="00F10029">
      <w:pPr>
        <w:spacing w:before="700" w:line="240" w:lineRule="auto"/>
        <w:jc w:val="center"/>
        <w:rPr>
          <w:rFonts w:cs="Times New Roman"/>
          <w:color w:val="000000" w:themeColor="text1"/>
          <w:szCs w:val="24"/>
        </w:rPr>
      </w:pPr>
      <w:r w:rsidRPr="00D532CF">
        <w:rPr>
          <w:rFonts w:cs="Times New Roman"/>
          <w:b/>
          <w:color w:val="000000" w:themeColor="text1"/>
          <w:szCs w:val="24"/>
        </w:rPr>
        <w:lastRenderedPageBreak/>
        <w:t>PART B. ANONYMIZED MANUSCRIPT</w:t>
      </w:r>
    </w:p>
    <w:p w14:paraId="29C9BDB2" w14:textId="77777777" w:rsidR="004355E0" w:rsidRPr="00D532CF" w:rsidRDefault="00000000" w:rsidP="00F10029">
      <w:pPr>
        <w:spacing w:line="240" w:lineRule="auto"/>
        <w:jc w:val="center"/>
        <w:rPr>
          <w:rFonts w:cs="Times New Roman"/>
          <w:color w:val="000000" w:themeColor="text1"/>
          <w:szCs w:val="24"/>
        </w:rPr>
      </w:pPr>
      <w:r w:rsidRPr="00D532CF">
        <w:rPr>
          <w:rFonts w:cs="Times New Roman"/>
          <w:i/>
          <w:color w:val="000000" w:themeColor="text1"/>
          <w:szCs w:val="24"/>
        </w:rPr>
        <w:t>Submit as a separate file. Continuous line numbering begins in this section.</w:t>
      </w:r>
    </w:p>
    <w:p w14:paraId="3B7F1B20"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BLIND REVIEW CHECK: Remove author names, affiliations, acknowledgments, contact details, self-identifying statements, file paths, tracked comments, and identifying document metadata. Refer to your own prior work in the third person when necessary. Delete this instruction box before submission.</w:t>
      </w:r>
    </w:p>
    <w:p w14:paraId="16405CB7" w14:textId="77777777" w:rsidR="004355E0" w:rsidRPr="00D532CF" w:rsidRDefault="00000000" w:rsidP="00F10029">
      <w:pPr>
        <w:pStyle w:val="Title"/>
        <w:spacing w:after="0"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[Complete Manuscript Title]</w:t>
      </w:r>
    </w:p>
    <w:p w14:paraId="3E3193E6"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Abstract</w:t>
      </w:r>
    </w:p>
    <w:p w14:paraId="0F03B9F8"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Research Articles: provide a structured abstract of 200–250 words using the five labels below. Other article types may use an unstructured abstract when appropriate.</w:t>
      </w:r>
    </w:p>
    <w:p w14:paraId="1D0229A6"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b/>
          <w:color w:val="000000" w:themeColor="text1"/>
          <w:szCs w:val="24"/>
        </w:rPr>
        <w:t xml:space="preserve">Background: </w:t>
      </w:r>
      <w:r w:rsidRPr="00D532CF">
        <w:rPr>
          <w:rFonts w:cs="Times New Roman"/>
          <w:i/>
          <w:color w:val="000000" w:themeColor="text1"/>
          <w:szCs w:val="24"/>
        </w:rPr>
        <w:t>[Briefly establish the problem and context.]</w:t>
      </w:r>
    </w:p>
    <w:p w14:paraId="770494E0"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b/>
          <w:color w:val="000000" w:themeColor="text1"/>
          <w:szCs w:val="24"/>
        </w:rPr>
        <w:t xml:space="preserve">Objective: </w:t>
      </w:r>
      <w:r w:rsidRPr="00D532CF">
        <w:rPr>
          <w:rFonts w:cs="Times New Roman"/>
          <w:i/>
          <w:color w:val="000000" w:themeColor="text1"/>
          <w:szCs w:val="24"/>
        </w:rPr>
        <w:t>[State the main purpose or research question.]</w:t>
      </w:r>
    </w:p>
    <w:p w14:paraId="05D051D6"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b/>
          <w:color w:val="000000" w:themeColor="text1"/>
          <w:szCs w:val="24"/>
        </w:rPr>
        <w:t xml:space="preserve">Methods: </w:t>
      </w:r>
      <w:r w:rsidRPr="00D532CF">
        <w:rPr>
          <w:rFonts w:cs="Times New Roman"/>
          <w:i/>
          <w:color w:val="000000" w:themeColor="text1"/>
          <w:szCs w:val="24"/>
        </w:rPr>
        <w:t>[Summarize design, setting, participants or data, measures, and analysis.]</w:t>
      </w:r>
    </w:p>
    <w:p w14:paraId="23E026FB"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b/>
          <w:color w:val="000000" w:themeColor="text1"/>
          <w:szCs w:val="24"/>
        </w:rPr>
        <w:t xml:space="preserve">Results: </w:t>
      </w:r>
      <w:r w:rsidRPr="00D532CF">
        <w:rPr>
          <w:rFonts w:cs="Times New Roman"/>
          <w:i/>
          <w:color w:val="000000" w:themeColor="text1"/>
          <w:szCs w:val="24"/>
        </w:rPr>
        <w:t>[Report the principal findings with important quantitative or qualitative details.]</w:t>
      </w:r>
    </w:p>
    <w:p w14:paraId="6944336A"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b/>
          <w:color w:val="000000" w:themeColor="text1"/>
          <w:szCs w:val="24"/>
        </w:rPr>
        <w:t xml:space="preserve">Conclusion: </w:t>
      </w:r>
      <w:r w:rsidRPr="00D532CF">
        <w:rPr>
          <w:rFonts w:cs="Times New Roman"/>
          <w:i/>
          <w:color w:val="000000" w:themeColor="text1"/>
          <w:szCs w:val="24"/>
        </w:rPr>
        <w:t>[State the main interpretation, implication, or recommendation without overstating the findings.]</w:t>
      </w:r>
    </w:p>
    <w:p w14:paraId="7875473D"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b/>
          <w:color w:val="000000" w:themeColor="text1"/>
          <w:szCs w:val="24"/>
        </w:rPr>
        <w:t xml:space="preserve">Keywords: </w:t>
      </w:r>
      <w:r w:rsidRPr="00D532CF">
        <w:rPr>
          <w:rFonts w:cs="Times New Roman"/>
          <w:i/>
          <w:color w:val="000000" w:themeColor="text1"/>
          <w:szCs w:val="24"/>
        </w:rPr>
        <w:t>[Provide four to six specific and searchable terms, separated by semicolons. Avoid unnecessary repetition of title words.]</w:t>
      </w:r>
    </w:p>
    <w:p w14:paraId="463AF847"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Introduction</w:t>
      </w:r>
    </w:p>
    <w:p w14:paraId="5F53A537"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Explain the context, current knowledge, unresolved problem, significance, and study objective or research questions. Cite relevant and reliable literature. Avoid a separate literature review unless required by the discipline.</w:t>
      </w:r>
    </w:p>
    <w:p w14:paraId="26F61EA0"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[Enter the Introduction here.]</w:t>
      </w:r>
    </w:p>
    <w:p w14:paraId="4B01AC54"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Methods</w:t>
      </w:r>
    </w:p>
    <w:p w14:paraId="1A3CE1F1"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Use subheadings that fit the study design. Report enough detail to permit evaluation and replication. Identify the applicable reporting guideline and attach the completed checklist when requested.</w:t>
      </w:r>
    </w:p>
    <w:p w14:paraId="2CB4A2B5"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Study Design</w:t>
      </w:r>
    </w:p>
    <w:p w14:paraId="28D2D086"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[Name and justify the design; identify the reporting guideline used.]</w:t>
      </w:r>
    </w:p>
    <w:p w14:paraId="3A966532"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Setting and Study Period</w:t>
      </w:r>
    </w:p>
    <w:p w14:paraId="36B4F1B4"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[Describe the setting and provide exact data collection dates or period.]</w:t>
      </w:r>
    </w:p>
    <w:p w14:paraId="56A94541"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Participants, Cases, or Data Sources</w:t>
      </w:r>
    </w:p>
    <w:p w14:paraId="36D2B7AA"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[State eligibility criteria, recruitment or selection procedures, and final sample or corpus.]</w:t>
      </w:r>
    </w:p>
    <w:p w14:paraId="4CDCC18F"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Sampling and Sample Size</w:t>
      </w:r>
    </w:p>
    <w:p w14:paraId="4BFA6BC2"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[Explain the sampling method and sample size determination, when applicable.]</w:t>
      </w:r>
    </w:p>
    <w:p w14:paraId="6104BF07"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lastRenderedPageBreak/>
        <w:t>Variables, Measures, or Instruments</w:t>
      </w:r>
    </w:p>
    <w:p w14:paraId="0E21494F"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[Define variables and outcomes; describe instruments, validity, reliability, or calibration.]</w:t>
      </w:r>
    </w:p>
    <w:p w14:paraId="2E062667"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Data Collection Procedures</w:t>
      </w:r>
    </w:p>
    <w:p w14:paraId="3CFC1AEE"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[Explain who collected data, how, and under what standardized conditions.]</w:t>
      </w:r>
    </w:p>
    <w:p w14:paraId="2EA1EA50"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Data Analysis</w:t>
      </w:r>
    </w:p>
    <w:p w14:paraId="14A6CE57"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[Identify software, statistical or qualitative procedures, assumptions, significance level, and missing-data handling.]</w:t>
      </w:r>
    </w:p>
    <w:p w14:paraId="5E4699D3"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Ethical Considerations</w:t>
      </w:r>
    </w:p>
    <w:p w14:paraId="558812A9"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[State ethics approval or exemption, consent procedures, privacy safeguards, and relevant permits. Keep this section anonymized.]</w:t>
      </w:r>
    </w:p>
    <w:p w14:paraId="6040C385"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Results</w:t>
      </w:r>
    </w:p>
    <w:p w14:paraId="2F99B543"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Present findings in a logical order without duplicating all table or figure contents in the text. Report participant flow, descriptive findings, primary analyses, and relevant estimates of precision or uncertainty.</w:t>
      </w:r>
    </w:p>
    <w:p w14:paraId="36CB8D0E"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[Enter the Results here.]</w:t>
      </w:r>
    </w:p>
    <w:p w14:paraId="39EF1107"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Table 1</w:t>
      </w:r>
    </w:p>
    <w:p w14:paraId="236D0333"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i/>
          <w:color w:val="000000" w:themeColor="text1"/>
          <w:szCs w:val="24"/>
        </w:rPr>
        <w:t>[Insert a concise, informative table title here]</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3116"/>
        <w:gridCol w:w="3117"/>
        <w:gridCol w:w="3117"/>
      </w:tblGrid>
      <w:tr w:rsidR="004355E0" w:rsidRPr="00D532CF" w14:paraId="24B7D802" w14:textId="77777777">
        <w:trPr>
          <w:tblHeader/>
          <w:jc w:val="center"/>
        </w:trPr>
        <w:tc>
          <w:tcPr>
            <w:tcW w:w="3120" w:type="dxa"/>
            <w:shd w:val="clear" w:color="auto" w:fill="E7E6E6"/>
            <w:tcMar>
              <w:top w:w="100" w:type="dxa"/>
              <w:left w:w="100" w:type="dxa"/>
              <w:bottom w:w="100" w:type="dxa"/>
              <w:right w:w="100" w:type="dxa"/>
            </w:tcMar>
            <w:vAlign w:val="center"/>
          </w:tcPr>
          <w:p w14:paraId="28208436"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b/>
                <w:color w:val="000000" w:themeColor="text1"/>
                <w:szCs w:val="24"/>
              </w:rPr>
              <w:t>Variable or Category</w:t>
            </w:r>
          </w:p>
        </w:tc>
        <w:tc>
          <w:tcPr>
            <w:tcW w:w="3120" w:type="dxa"/>
            <w:shd w:val="clear" w:color="auto" w:fill="E7E6E6"/>
            <w:tcMar>
              <w:top w:w="100" w:type="dxa"/>
              <w:left w:w="100" w:type="dxa"/>
              <w:bottom w:w="100" w:type="dxa"/>
              <w:right w:w="100" w:type="dxa"/>
            </w:tcMar>
            <w:vAlign w:val="center"/>
          </w:tcPr>
          <w:p w14:paraId="027CC671"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b/>
                <w:color w:val="000000" w:themeColor="text1"/>
                <w:szCs w:val="24"/>
              </w:rPr>
              <w:t>Measure 1</w:t>
            </w:r>
          </w:p>
        </w:tc>
        <w:tc>
          <w:tcPr>
            <w:tcW w:w="3120" w:type="dxa"/>
            <w:shd w:val="clear" w:color="auto" w:fill="E7E6E6"/>
            <w:tcMar>
              <w:top w:w="100" w:type="dxa"/>
              <w:left w:w="100" w:type="dxa"/>
              <w:bottom w:w="100" w:type="dxa"/>
              <w:right w:w="100" w:type="dxa"/>
            </w:tcMar>
            <w:vAlign w:val="center"/>
          </w:tcPr>
          <w:p w14:paraId="07D580B8"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b/>
                <w:color w:val="000000" w:themeColor="text1"/>
                <w:szCs w:val="24"/>
              </w:rPr>
              <w:t>Measure 2</w:t>
            </w:r>
          </w:p>
        </w:tc>
      </w:tr>
      <w:tr w:rsidR="004355E0" w:rsidRPr="00D532CF" w14:paraId="7C93A21E" w14:textId="77777777">
        <w:trPr>
          <w:jc w:val="center"/>
        </w:trPr>
        <w:tc>
          <w:tcPr>
            <w:tcW w:w="3120" w:type="dxa"/>
            <w:tcMar>
              <w:top w:w="100" w:type="dxa"/>
              <w:left w:w="100" w:type="dxa"/>
              <w:bottom w:w="100" w:type="dxa"/>
              <w:right w:w="100" w:type="dxa"/>
            </w:tcMar>
            <w:vAlign w:val="center"/>
          </w:tcPr>
          <w:p w14:paraId="3BE681EF"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color w:val="000000" w:themeColor="text1"/>
                <w:szCs w:val="24"/>
              </w:rPr>
              <w:t>[Row label]</w:t>
            </w:r>
          </w:p>
        </w:tc>
        <w:tc>
          <w:tcPr>
            <w:tcW w:w="3120" w:type="dxa"/>
            <w:tcMar>
              <w:top w:w="100" w:type="dxa"/>
              <w:left w:w="100" w:type="dxa"/>
              <w:bottom w:w="100" w:type="dxa"/>
              <w:right w:w="100" w:type="dxa"/>
            </w:tcMar>
            <w:vAlign w:val="center"/>
          </w:tcPr>
          <w:p w14:paraId="151387C7"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color w:val="000000" w:themeColor="text1"/>
                <w:szCs w:val="24"/>
              </w:rPr>
              <w:t>[Value]</w:t>
            </w:r>
          </w:p>
        </w:tc>
        <w:tc>
          <w:tcPr>
            <w:tcW w:w="3120" w:type="dxa"/>
            <w:tcMar>
              <w:top w:w="100" w:type="dxa"/>
              <w:left w:w="100" w:type="dxa"/>
              <w:bottom w:w="100" w:type="dxa"/>
              <w:right w:w="100" w:type="dxa"/>
            </w:tcMar>
            <w:vAlign w:val="center"/>
          </w:tcPr>
          <w:p w14:paraId="294CA646"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color w:val="000000" w:themeColor="text1"/>
                <w:szCs w:val="24"/>
              </w:rPr>
              <w:t>[Value]</w:t>
            </w:r>
          </w:p>
        </w:tc>
      </w:tr>
      <w:tr w:rsidR="004355E0" w:rsidRPr="00D532CF" w14:paraId="6919A988" w14:textId="77777777">
        <w:trPr>
          <w:jc w:val="center"/>
        </w:trPr>
        <w:tc>
          <w:tcPr>
            <w:tcW w:w="3120" w:type="dxa"/>
            <w:tcMar>
              <w:top w:w="100" w:type="dxa"/>
              <w:left w:w="100" w:type="dxa"/>
              <w:bottom w:w="100" w:type="dxa"/>
              <w:right w:w="100" w:type="dxa"/>
            </w:tcMar>
            <w:vAlign w:val="center"/>
          </w:tcPr>
          <w:p w14:paraId="46BF5F2B"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color w:val="000000" w:themeColor="text1"/>
                <w:szCs w:val="24"/>
              </w:rPr>
              <w:t>[Row label]</w:t>
            </w:r>
          </w:p>
        </w:tc>
        <w:tc>
          <w:tcPr>
            <w:tcW w:w="3120" w:type="dxa"/>
            <w:tcMar>
              <w:top w:w="100" w:type="dxa"/>
              <w:left w:w="100" w:type="dxa"/>
              <w:bottom w:w="100" w:type="dxa"/>
              <w:right w:w="100" w:type="dxa"/>
            </w:tcMar>
            <w:vAlign w:val="center"/>
          </w:tcPr>
          <w:p w14:paraId="36B2E1A5"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color w:val="000000" w:themeColor="text1"/>
                <w:szCs w:val="24"/>
              </w:rPr>
              <w:t>[Value]</w:t>
            </w:r>
          </w:p>
        </w:tc>
        <w:tc>
          <w:tcPr>
            <w:tcW w:w="3120" w:type="dxa"/>
            <w:tcMar>
              <w:top w:w="100" w:type="dxa"/>
              <w:left w:w="100" w:type="dxa"/>
              <w:bottom w:w="100" w:type="dxa"/>
              <w:right w:w="100" w:type="dxa"/>
            </w:tcMar>
            <w:vAlign w:val="center"/>
          </w:tcPr>
          <w:p w14:paraId="0787356F"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color w:val="000000" w:themeColor="text1"/>
                <w:szCs w:val="24"/>
              </w:rPr>
              <w:t>[Value]</w:t>
            </w:r>
          </w:p>
        </w:tc>
      </w:tr>
      <w:tr w:rsidR="004355E0" w:rsidRPr="00D532CF" w14:paraId="2B173976" w14:textId="77777777">
        <w:trPr>
          <w:jc w:val="center"/>
        </w:trPr>
        <w:tc>
          <w:tcPr>
            <w:tcW w:w="3120" w:type="dxa"/>
            <w:tcMar>
              <w:top w:w="100" w:type="dxa"/>
              <w:left w:w="100" w:type="dxa"/>
              <w:bottom w:w="100" w:type="dxa"/>
              <w:right w:w="100" w:type="dxa"/>
            </w:tcMar>
            <w:vAlign w:val="center"/>
          </w:tcPr>
          <w:p w14:paraId="1889A7D1"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color w:val="000000" w:themeColor="text1"/>
                <w:szCs w:val="24"/>
              </w:rPr>
              <w:t>[Row label]</w:t>
            </w:r>
          </w:p>
        </w:tc>
        <w:tc>
          <w:tcPr>
            <w:tcW w:w="3120" w:type="dxa"/>
            <w:tcMar>
              <w:top w:w="100" w:type="dxa"/>
              <w:left w:w="100" w:type="dxa"/>
              <w:bottom w:w="100" w:type="dxa"/>
              <w:right w:w="100" w:type="dxa"/>
            </w:tcMar>
            <w:vAlign w:val="center"/>
          </w:tcPr>
          <w:p w14:paraId="73F7B57E"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color w:val="000000" w:themeColor="text1"/>
                <w:szCs w:val="24"/>
              </w:rPr>
              <w:t>[Value]</w:t>
            </w:r>
          </w:p>
        </w:tc>
        <w:tc>
          <w:tcPr>
            <w:tcW w:w="3120" w:type="dxa"/>
            <w:tcMar>
              <w:top w:w="100" w:type="dxa"/>
              <w:left w:w="100" w:type="dxa"/>
              <w:bottom w:w="100" w:type="dxa"/>
              <w:right w:w="100" w:type="dxa"/>
            </w:tcMar>
            <w:vAlign w:val="center"/>
          </w:tcPr>
          <w:p w14:paraId="00FAA84D"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color w:val="000000" w:themeColor="text1"/>
                <w:szCs w:val="24"/>
              </w:rPr>
              <w:t>[Value]</w:t>
            </w:r>
          </w:p>
        </w:tc>
      </w:tr>
    </w:tbl>
    <w:p w14:paraId="35043325"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i/>
          <w:color w:val="000000" w:themeColor="text1"/>
          <w:szCs w:val="24"/>
        </w:rPr>
        <w:t>Note. [Define abbreviations, symbols, units, statistical tests, and the source of reproduced or adapted material. Tables must remain editable.]</w:t>
      </w:r>
    </w:p>
    <w:p w14:paraId="7D2AD829" w14:textId="77777777" w:rsidR="004355E0" w:rsidRPr="00D532CF" w:rsidRDefault="00000000" w:rsidP="00F10029">
      <w:pPr>
        <w:pStyle w:val="Heading2"/>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Figure 1</w:t>
      </w:r>
    </w:p>
    <w:p w14:paraId="6FB38A8D" w14:textId="77777777" w:rsidR="004355E0" w:rsidRPr="00D532CF" w:rsidRDefault="00000000" w:rsidP="00F10029">
      <w:pPr>
        <w:spacing w:line="240" w:lineRule="auto"/>
        <w:ind w:firstLine="0"/>
        <w:jc w:val="center"/>
        <w:rPr>
          <w:rFonts w:cs="Times New Roman"/>
          <w:color w:val="000000" w:themeColor="text1"/>
          <w:szCs w:val="24"/>
        </w:rPr>
      </w:pPr>
      <w:r w:rsidRPr="00D532CF">
        <w:rPr>
          <w:rFonts w:cs="Times New Roman"/>
          <w:i/>
          <w:color w:val="000000" w:themeColor="text1"/>
          <w:szCs w:val="24"/>
        </w:rPr>
        <w:br/>
      </w:r>
      <w:r w:rsidRPr="00D532CF">
        <w:rPr>
          <w:rFonts w:cs="Times New Roman"/>
          <w:i/>
          <w:color w:val="000000" w:themeColor="text1"/>
          <w:szCs w:val="24"/>
        </w:rPr>
        <w:br/>
        <w:t>[Insert high-resolution figure here]</w:t>
      </w:r>
      <w:r w:rsidRPr="00D532CF">
        <w:rPr>
          <w:rFonts w:cs="Times New Roman"/>
          <w:i/>
          <w:color w:val="000000" w:themeColor="text1"/>
          <w:szCs w:val="24"/>
        </w:rPr>
        <w:br/>
      </w:r>
      <w:r w:rsidRPr="00D532CF">
        <w:rPr>
          <w:rFonts w:cs="Times New Roman"/>
          <w:i/>
          <w:color w:val="000000" w:themeColor="text1"/>
          <w:szCs w:val="24"/>
        </w:rPr>
        <w:br/>
      </w:r>
    </w:p>
    <w:p w14:paraId="55D729CC" w14:textId="77777777" w:rsidR="004355E0" w:rsidRPr="00D532CF" w:rsidRDefault="00000000" w:rsidP="00F10029">
      <w:pPr>
        <w:spacing w:line="240" w:lineRule="auto"/>
        <w:ind w:firstLine="0"/>
        <w:rPr>
          <w:rFonts w:cs="Times New Roman"/>
          <w:color w:val="000000" w:themeColor="text1"/>
          <w:szCs w:val="24"/>
        </w:rPr>
      </w:pPr>
      <w:r w:rsidRPr="00D532CF">
        <w:rPr>
          <w:rFonts w:cs="Times New Roman"/>
          <w:i/>
          <w:color w:val="000000" w:themeColor="text1"/>
          <w:szCs w:val="24"/>
        </w:rPr>
        <w:t>Figure 1. [Provide a self-contained caption. Define abbreviations and units and identify the source of reproduced or adapted material.]</w:t>
      </w:r>
    </w:p>
    <w:p w14:paraId="3A6B6A93"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Discussion</w:t>
      </w:r>
    </w:p>
    <w:p w14:paraId="45E45FB8"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Interpret the findings in relation to the objective, prior evidence, plausible explanations, practical or theoretical implications, and the boundaries of inference. Do not merely repeat the Results.</w:t>
      </w:r>
    </w:p>
    <w:p w14:paraId="6538F946"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[Enter the Discussion here.]</w:t>
      </w:r>
    </w:p>
    <w:p w14:paraId="55BFCDB1"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lastRenderedPageBreak/>
        <w:t>Limitations</w:t>
      </w:r>
    </w:p>
    <w:p w14:paraId="3A42E248"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State important design, measurement, sampling, analytical, contextual, or generalizability limitations and explain how they may affect interpretation.</w:t>
      </w:r>
    </w:p>
    <w:p w14:paraId="32EFBBF9"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[Enter the Limitations here.]</w:t>
      </w:r>
    </w:p>
    <w:p w14:paraId="320B14CD"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Conclusion</w:t>
      </w:r>
    </w:p>
    <w:p w14:paraId="6E29D20A"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Provide a concise conclusion directly supported by the findings. Avoid introducing new results or making claims beyond the study evidence.</w:t>
      </w:r>
    </w:p>
    <w:p w14:paraId="556BB41B"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[Enter the Conclusion here.]</w:t>
      </w:r>
    </w:p>
    <w:p w14:paraId="1FE94DFF"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Author Contributions</w:t>
      </w:r>
    </w:p>
    <w:p w14:paraId="5461EF7A"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For blind review, use author initials only when initials cannot identify the authors, or insert: “[Author contribution statement provided on the separate title page.]” Follow the journal’s preferred blind-review practice.</w:t>
      </w:r>
    </w:p>
    <w:p w14:paraId="4C2CEBDE"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[Author contribution statement provided on the separate title page.]</w:t>
      </w:r>
    </w:p>
    <w:p w14:paraId="7261879A"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Funding</w:t>
      </w:r>
    </w:p>
    <w:p w14:paraId="229C04A0"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[Provide an anonymized funding statement or state that the full statement appears on the title page, as appropriate for blind review.]</w:t>
      </w:r>
    </w:p>
    <w:p w14:paraId="566A3455"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Ethics Approval and Informed Consent</w:t>
      </w:r>
    </w:p>
    <w:p w14:paraId="43668249"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[Provide the ethics committee and approval or exemption details without disclosing author identity. State consent or assent procedures when applicable.]</w:t>
      </w:r>
    </w:p>
    <w:p w14:paraId="4EA10974"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Competing Interests</w:t>
      </w:r>
    </w:p>
    <w:p w14:paraId="12F4864D"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[State any competing interests or indicate that the full declaration is provided on the title page.]</w:t>
      </w:r>
    </w:p>
    <w:p w14:paraId="49D105AC"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Data Availability</w:t>
      </w:r>
    </w:p>
    <w:p w14:paraId="72D37F2F"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[State where data, code, or materials may be accessed and any restrictions. Use an anonymized repository link during blind review when possible.]</w:t>
      </w:r>
    </w:p>
    <w:p w14:paraId="36C316E6"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Declaration of AI Use</w:t>
      </w:r>
    </w:p>
    <w:p w14:paraId="755253E3"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Disclose any use of generative artificial intelligence or AI-assisted technologies in writing, editing, translation, coding, analysis, image creation, or other parts of the work. Authors remain responsible for accuracy, originality, confidentiality, and compliance. Do not list an AI system as an author.</w:t>
      </w:r>
    </w:p>
    <w:p w14:paraId="72691F9A"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[Example: “The authors used [tool and version] solely for [specific purpose]. All output was reviewed and revised by the authors, who take full responsibility for the final content.” If no disclosure is required, state: “No generative AI or AI-assisted technology was used in the preparation of this manuscript.”]</w:t>
      </w:r>
    </w:p>
    <w:p w14:paraId="45EE45C4"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Acknowledgments</w:t>
      </w:r>
    </w:p>
    <w:p w14:paraId="60F73C8E"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Remove acknowledgments from the anonymized manuscript when they may identify the authors. Include the complete acknowledgment on the separate title page.</w:t>
      </w:r>
    </w:p>
    <w:p w14:paraId="07DAF0F3"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[Acknowledgments provided on the separate title page.]</w:t>
      </w:r>
    </w:p>
    <w:p w14:paraId="755A5A30"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lastRenderedPageBreak/>
        <w:t>References</w:t>
      </w:r>
    </w:p>
    <w:p w14:paraId="2642E152"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Use APA 7th Edition. Verify every reference. Every source in the reference list must be cited in the text, and every in-text citation must appear in the reference list. Include DOI links when available. Retain important foundational sources when scholarly relevance requires them; do not add citations solely to satisfy arbitrary source quotas.</w:t>
      </w:r>
    </w:p>
    <w:p w14:paraId="6ECAC042" w14:textId="77777777" w:rsidR="004355E0" w:rsidRPr="00D532CF" w:rsidRDefault="00000000" w:rsidP="00F10029">
      <w:pPr>
        <w:pStyle w:val="Reference"/>
        <w:spacing w:line="240" w:lineRule="auto"/>
        <w:rPr>
          <w:rFonts w:cs="Times New Roman"/>
          <w:color w:val="000000" w:themeColor="text1"/>
          <w:szCs w:val="24"/>
        </w:rPr>
      </w:pPr>
      <w:r w:rsidRPr="00D532CF">
        <w:rPr>
          <w:rFonts w:cs="Times New Roman"/>
          <w:color w:val="000000" w:themeColor="text1"/>
          <w:szCs w:val="24"/>
        </w:rPr>
        <w:t>[Author, A. A., &amp; Author, B. B. (Year). Title of article. Journal Title, volume(issue), page–page. https://doi.org/xxxxx]</w:t>
      </w:r>
    </w:p>
    <w:p w14:paraId="733E8A07" w14:textId="77777777" w:rsidR="004355E0" w:rsidRPr="00D532CF" w:rsidRDefault="00000000" w:rsidP="00F10029">
      <w:pPr>
        <w:pStyle w:val="Reference"/>
        <w:spacing w:line="240" w:lineRule="auto"/>
        <w:rPr>
          <w:rFonts w:cs="Times New Roman"/>
          <w:color w:val="000000" w:themeColor="text1"/>
          <w:szCs w:val="24"/>
        </w:rPr>
      </w:pPr>
      <w:r w:rsidRPr="00D532CF">
        <w:rPr>
          <w:rFonts w:cs="Times New Roman"/>
          <w:color w:val="000000" w:themeColor="text1"/>
          <w:szCs w:val="24"/>
        </w:rPr>
        <w:t>[Author, A. A. (Year). Title of book. Publisher.]</w:t>
      </w:r>
    </w:p>
    <w:p w14:paraId="414217AB" w14:textId="77777777" w:rsidR="004355E0" w:rsidRPr="00D532CF" w:rsidRDefault="00000000" w:rsidP="00F10029">
      <w:pPr>
        <w:pStyle w:val="Reference"/>
        <w:spacing w:line="240" w:lineRule="auto"/>
        <w:rPr>
          <w:rFonts w:cs="Times New Roman"/>
          <w:color w:val="000000" w:themeColor="text1"/>
          <w:szCs w:val="24"/>
        </w:rPr>
      </w:pPr>
      <w:r w:rsidRPr="00D532CF">
        <w:rPr>
          <w:rFonts w:cs="Times New Roman"/>
          <w:color w:val="000000" w:themeColor="text1"/>
          <w:szCs w:val="24"/>
        </w:rPr>
        <w:t>[Organization Name. (Year, Month Day). Title of webpage or report. URL]</w:t>
      </w:r>
    </w:p>
    <w:p w14:paraId="1F92CEF8"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Supplementary Materials</w:t>
      </w:r>
    </w:p>
    <w:p w14:paraId="5E1ABD62"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List each supplementary file in order, such as reporting checklists, instruments, additional tables, analysis code, or datasets. Do not include identifying information in files used during blind review.</w:t>
      </w:r>
    </w:p>
    <w:p w14:paraId="42E048C5" w14:textId="77777777" w:rsidR="004355E0" w:rsidRPr="00D532CF" w:rsidRDefault="00000000" w:rsidP="00F10029">
      <w:pPr>
        <w:pStyle w:val="Placeholder"/>
        <w:spacing w:line="240" w:lineRule="auto"/>
        <w:rPr>
          <w:rFonts w:cs="Times New Roman"/>
          <w:color w:val="000000" w:themeColor="text1"/>
          <w:szCs w:val="24"/>
        </w:rPr>
      </w:pPr>
      <w:r w:rsidRPr="00D532CF">
        <w:rPr>
          <w:rFonts w:cs="Times New Roman"/>
          <w:color w:val="000000" w:themeColor="text1"/>
          <w:szCs w:val="24"/>
        </w:rPr>
        <w:t>[Supplementary File 1: Title and brief description.]</w:t>
      </w:r>
    </w:p>
    <w:p w14:paraId="3154842F" w14:textId="77777777" w:rsidR="004355E0" w:rsidRPr="00D532CF" w:rsidRDefault="00000000" w:rsidP="00F10029">
      <w:pPr>
        <w:pStyle w:val="Heading1"/>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Reporting Guideline Checklist</w:t>
      </w:r>
    </w:p>
    <w:p w14:paraId="125FD804" w14:textId="77777777" w:rsidR="004355E0" w:rsidRPr="00D532CF" w:rsidRDefault="00000000" w:rsidP="00F10029">
      <w:pPr>
        <w:pStyle w:val="TemplateInstruction"/>
        <w:spacing w:after="0"/>
        <w:rPr>
          <w:rFonts w:cs="Times New Roman"/>
          <w:color w:val="000000" w:themeColor="text1"/>
          <w:sz w:val="24"/>
          <w:szCs w:val="24"/>
        </w:rPr>
      </w:pPr>
      <w:r w:rsidRPr="00D532CF">
        <w:rPr>
          <w:rFonts w:cs="Times New Roman"/>
          <w:color w:val="000000" w:themeColor="text1"/>
          <w:sz w:val="24"/>
          <w:szCs w:val="24"/>
        </w:rPr>
        <w:t>Select the guideline that matches the study design and delete the others. Submit the completed checklist when requested.</w:t>
      </w:r>
    </w:p>
    <w:p w14:paraId="01EEDC3C" w14:textId="77777777" w:rsidR="004355E0" w:rsidRPr="00D532CF" w:rsidRDefault="00000000" w:rsidP="00F10029">
      <w:pPr>
        <w:pStyle w:val="Checklist"/>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CONSORT – randomized trials</w:t>
      </w:r>
    </w:p>
    <w:p w14:paraId="4383A7EA" w14:textId="77777777" w:rsidR="004355E0" w:rsidRPr="00D532CF" w:rsidRDefault="00000000" w:rsidP="00F10029">
      <w:pPr>
        <w:pStyle w:val="Checklist"/>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STROBE – observational studies</w:t>
      </w:r>
    </w:p>
    <w:p w14:paraId="2CCD85BE" w14:textId="77777777" w:rsidR="004355E0" w:rsidRPr="00D532CF" w:rsidRDefault="00000000" w:rsidP="00F10029">
      <w:pPr>
        <w:pStyle w:val="Checklist"/>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PRISMA – systematic reviews and meta-analyses</w:t>
      </w:r>
    </w:p>
    <w:p w14:paraId="63908A4F" w14:textId="77777777" w:rsidR="004355E0" w:rsidRPr="00D532CF" w:rsidRDefault="00000000" w:rsidP="00F10029">
      <w:pPr>
        <w:pStyle w:val="Checklist"/>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PRISMA-ScR – scoping reviews</w:t>
      </w:r>
    </w:p>
    <w:p w14:paraId="3B16F30F" w14:textId="77777777" w:rsidR="004355E0" w:rsidRPr="00D532CF" w:rsidRDefault="00000000" w:rsidP="00F10029">
      <w:pPr>
        <w:pStyle w:val="Checklist"/>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COREQ or SRQR – qualitative research</w:t>
      </w:r>
    </w:p>
    <w:p w14:paraId="7A7751AD" w14:textId="77777777" w:rsidR="004355E0" w:rsidRPr="00D532CF" w:rsidRDefault="00000000" w:rsidP="00F10029">
      <w:pPr>
        <w:pStyle w:val="Checklist"/>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CARE – case reports</w:t>
      </w:r>
    </w:p>
    <w:p w14:paraId="4E8541C6" w14:textId="77777777" w:rsidR="004355E0" w:rsidRPr="00D532CF" w:rsidRDefault="00000000" w:rsidP="00F10029">
      <w:pPr>
        <w:pStyle w:val="Checklist"/>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ARRIVE – animal research</w:t>
      </w:r>
    </w:p>
    <w:p w14:paraId="6939205E" w14:textId="77777777" w:rsidR="004355E0" w:rsidRPr="00D532CF" w:rsidRDefault="00000000" w:rsidP="00F10029">
      <w:pPr>
        <w:pStyle w:val="Checklist"/>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TREND – nonrandomized interventions</w:t>
      </w:r>
    </w:p>
    <w:p w14:paraId="4F9BB560" w14:textId="77777777" w:rsidR="004355E0" w:rsidRPr="00D532CF" w:rsidRDefault="00000000" w:rsidP="00F10029">
      <w:pPr>
        <w:pStyle w:val="Checklist"/>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Relevant discipline-specific guideline: [name]</w:t>
      </w:r>
    </w:p>
    <w:p w14:paraId="238A0E0D" w14:textId="77777777" w:rsidR="004355E0" w:rsidRPr="00D532CF" w:rsidRDefault="004355E0" w:rsidP="00F10029">
      <w:pPr>
        <w:suppressLineNumbers/>
        <w:spacing w:line="240" w:lineRule="auto"/>
        <w:rPr>
          <w:rFonts w:cs="Times New Roman"/>
          <w:color w:val="000000" w:themeColor="text1"/>
          <w:szCs w:val="24"/>
        </w:rPr>
        <w:sectPr w:rsidR="004355E0" w:rsidRPr="00D532CF">
          <w:headerReference w:type="default" r:id="rId10"/>
          <w:footerReference w:type="default" r:id="rId11"/>
          <w:pgSz w:w="12240" w:h="15840"/>
          <w:pgMar w:top="1440" w:right="1440" w:bottom="1440" w:left="1440" w:header="720" w:footer="720" w:gutter="0"/>
          <w:lnNumType w:countBy="1" w:distance="360" w:restart="continuous"/>
          <w:cols w:space="720"/>
          <w:docGrid w:linePitch="360"/>
        </w:sectPr>
      </w:pPr>
    </w:p>
    <w:p w14:paraId="0249CAF7" w14:textId="77777777" w:rsidR="004355E0" w:rsidRPr="00D532CF" w:rsidRDefault="00000000" w:rsidP="00F10029">
      <w:pPr>
        <w:suppressLineNumbers/>
        <w:spacing w:before="700" w:line="240" w:lineRule="auto"/>
        <w:jc w:val="center"/>
        <w:rPr>
          <w:rFonts w:cs="Times New Roman"/>
          <w:color w:val="000000" w:themeColor="text1"/>
          <w:szCs w:val="24"/>
        </w:rPr>
      </w:pPr>
      <w:r w:rsidRPr="00D532CF">
        <w:rPr>
          <w:rFonts w:cs="Times New Roman"/>
          <w:b/>
          <w:color w:val="000000" w:themeColor="text1"/>
          <w:szCs w:val="24"/>
        </w:rPr>
        <w:lastRenderedPageBreak/>
        <w:t>PART C. COVER LETTER TEMPLATE</w:t>
      </w:r>
    </w:p>
    <w:p w14:paraId="63FC08B8" w14:textId="77777777" w:rsidR="004355E0" w:rsidRPr="00D532CF" w:rsidRDefault="00000000" w:rsidP="00F10029">
      <w:pPr>
        <w:suppressLineNumbers/>
        <w:spacing w:line="240" w:lineRule="auto"/>
        <w:jc w:val="center"/>
        <w:rPr>
          <w:rFonts w:cs="Times New Roman"/>
          <w:color w:val="000000" w:themeColor="text1"/>
          <w:szCs w:val="24"/>
        </w:rPr>
      </w:pPr>
      <w:r w:rsidRPr="00D532CF">
        <w:rPr>
          <w:rFonts w:cs="Times New Roman"/>
          <w:i/>
          <w:color w:val="000000" w:themeColor="text1"/>
          <w:szCs w:val="24"/>
        </w:rPr>
        <w:t>Copy this section into a separate Word file or email message.</w:t>
      </w:r>
    </w:p>
    <w:p w14:paraId="56E77461" w14:textId="77777777" w:rsidR="004355E0" w:rsidRPr="00D532CF" w:rsidRDefault="00000000" w:rsidP="00F10029">
      <w:pPr>
        <w:pStyle w:val="TemplateInstruction"/>
        <w:suppressLineNumbers/>
        <w:spacing w:after="0"/>
        <w:rPr>
          <w:rFonts w:cs="Times New Roman"/>
          <w:color w:val="000000" w:themeColor="text1"/>
          <w:sz w:val="24"/>
          <w:szCs w:val="24"/>
        </w:rPr>
      </w:pPr>
      <w:r w:rsidRPr="00D532CF">
        <w:rPr>
          <w:rFonts w:cs="Times New Roman"/>
          <w:color w:val="000000" w:themeColor="text1"/>
          <w:sz w:val="24"/>
          <w:szCs w:val="24"/>
        </w:rPr>
        <w:t>The corresponding author should adapt the letter to the manuscript and article type. Delete all prompts and unsupported claims before sending.</w:t>
      </w:r>
    </w:p>
    <w:p w14:paraId="08688F8C"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Date: </w:t>
      </w:r>
      <w:r w:rsidRPr="00D532CF">
        <w:rPr>
          <w:rFonts w:cs="Times New Roman"/>
          <w:i/>
          <w:color w:val="000000" w:themeColor="text1"/>
          <w:szCs w:val="24"/>
        </w:rPr>
        <w:t>[Day Month Year]</w:t>
      </w:r>
    </w:p>
    <w:p w14:paraId="2E57AD53"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To: </w:t>
      </w:r>
      <w:r w:rsidRPr="00D532CF">
        <w:rPr>
          <w:rFonts w:cs="Times New Roman"/>
          <w:i/>
          <w:color w:val="000000" w:themeColor="text1"/>
          <w:szCs w:val="24"/>
        </w:rPr>
        <w:t>[Editor-in-Chief or Editorial Office]</w:t>
      </w:r>
    </w:p>
    <w:p w14:paraId="74A11D38"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Submission email: </w:t>
      </w:r>
      <w:r w:rsidRPr="00D532CF">
        <w:rPr>
          <w:rFonts w:cs="Times New Roman"/>
          <w:i/>
          <w:color w:val="000000" w:themeColor="text1"/>
          <w:szCs w:val="24"/>
        </w:rPr>
        <w:t>[editor@jrdmsonline.com]</w:t>
      </w:r>
    </w:p>
    <w:p w14:paraId="63EAE5E7"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Re: </w:t>
      </w:r>
      <w:r w:rsidRPr="00D532CF">
        <w:rPr>
          <w:rFonts w:cs="Times New Roman"/>
          <w:i/>
          <w:color w:val="000000" w:themeColor="text1"/>
          <w:szCs w:val="24"/>
        </w:rPr>
        <w:t>[Submission of “[Manuscript Title]”]</w:t>
      </w:r>
    </w:p>
    <w:p w14:paraId="4582B2CC"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color w:val="000000" w:themeColor="text1"/>
          <w:szCs w:val="24"/>
        </w:rPr>
        <w:t>Dear Editor:</w:t>
      </w:r>
    </w:p>
    <w:p w14:paraId="42121AD2"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color w:val="000000" w:themeColor="text1"/>
          <w:szCs w:val="24"/>
        </w:rPr>
        <w:t>Please consider our manuscript, “[Complete Manuscript Title],” for publication as a [Article Type].</w:t>
      </w:r>
    </w:p>
    <w:p w14:paraId="4B9BB48B"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i/>
          <w:color w:val="000000" w:themeColor="text1"/>
          <w:szCs w:val="24"/>
        </w:rPr>
        <w:t>[In two to four sentences, explain the manuscript’s central question, main finding or contribution, and relevance to the journal’s scope and readers.]</w:t>
      </w:r>
    </w:p>
    <w:p w14:paraId="2F6A1290"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color w:val="000000" w:themeColor="text1"/>
          <w:szCs w:val="24"/>
        </w:rPr>
        <w:t>We confirm that the manuscript is original, has not been published previously, and is not under consideration by another journal. All authors have approved the manuscript and agree with its submission. We have disclosed all funding, competing interests, ethics approvals or exemptions, informed consent procedures, data availability conditions, and use of generative AI or AI-assisted technologies, as applicable.</w:t>
      </w:r>
    </w:p>
    <w:p w14:paraId="1356DE87"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i/>
          <w:color w:val="000000" w:themeColor="text1"/>
          <w:szCs w:val="24"/>
        </w:rPr>
        <w:t>[Identify any supplementary materials, reporting checklist, prior preprint, conference abstract, related manuscript, or special handling concern that the editor should know about.]</w:t>
      </w:r>
    </w:p>
    <w:p w14:paraId="06A3AE13"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color w:val="000000" w:themeColor="text1"/>
          <w:szCs w:val="24"/>
        </w:rPr>
        <w:t>Thank you for considering our manuscript.</w:t>
      </w:r>
    </w:p>
    <w:p w14:paraId="5059B7E3"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color w:val="000000" w:themeColor="text1"/>
          <w:szCs w:val="24"/>
        </w:rPr>
        <w:t>Sincerely,</w:t>
      </w:r>
    </w:p>
    <w:p w14:paraId="1CF06705"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i/>
          <w:color w:val="000000" w:themeColor="text1"/>
          <w:szCs w:val="24"/>
        </w:rPr>
        <w:t>[Corresponding Author’s Full Name]</w:t>
      </w:r>
      <w:r w:rsidRPr="00D532CF">
        <w:rPr>
          <w:rFonts w:cs="Times New Roman"/>
          <w:i/>
          <w:color w:val="000000" w:themeColor="text1"/>
          <w:szCs w:val="24"/>
        </w:rPr>
        <w:br/>
        <w:t>[Institution]</w:t>
      </w:r>
      <w:r w:rsidRPr="00D532CF">
        <w:rPr>
          <w:rFonts w:cs="Times New Roman"/>
          <w:i/>
          <w:color w:val="000000" w:themeColor="text1"/>
          <w:szCs w:val="24"/>
        </w:rPr>
        <w:br/>
        <w:t>[Email Address]</w:t>
      </w:r>
      <w:r w:rsidRPr="00D532CF">
        <w:rPr>
          <w:rFonts w:cs="Times New Roman"/>
          <w:i/>
          <w:color w:val="000000" w:themeColor="text1"/>
          <w:szCs w:val="24"/>
        </w:rPr>
        <w:br/>
        <w:t>[ORCID ID]</w:t>
      </w:r>
    </w:p>
    <w:p w14:paraId="4DACDF57" w14:textId="77777777" w:rsidR="004355E0" w:rsidRPr="00D532CF" w:rsidRDefault="004355E0" w:rsidP="00F10029">
      <w:pPr>
        <w:suppressLineNumbers/>
        <w:spacing w:line="240" w:lineRule="auto"/>
        <w:rPr>
          <w:rFonts w:cs="Times New Roman"/>
          <w:color w:val="000000" w:themeColor="text1"/>
          <w:szCs w:val="24"/>
        </w:rPr>
        <w:sectPr w:rsidR="004355E0" w:rsidRPr="00D532CF">
          <w:headerReference w:type="default" r:id="rId12"/>
          <w:footerReference w:type="default" r:id="rId13"/>
          <w:pgSz w:w="12240" w:h="15840"/>
          <w:pgMar w:top="1440" w:right="1440" w:bottom="1440" w:left="1440" w:header="720" w:footer="720" w:gutter="0"/>
          <w:cols w:space="720"/>
          <w:docGrid w:linePitch="360"/>
        </w:sectPr>
      </w:pPr>
    </w:p>
    <w:p w14:paraId="7C00F31B" w14:textId="77777777" w:rsidR="004355E0" w:rsidRPr="00D532CF" w:rsidRDefault="00000000" w:rsidP="00F10029">
      <w:pPr>
        <w:suppressLineNumbers/>
        <w:spacing w:before="700" w:line="240" w:lineRule="auto"/>
        <w:jc w:val="center"/>
        <w:rPr>
          <w:rFonts w:cs="Times New Roman"/>
          <w:color w:val="000000" w:themeColor="text1"/>
          <w:szCs w:val="24"/>
        </w:rPr>
      </w:pPr>
      <w:r w:rsidRPr="00D532CF">
        <w:rPr>
          <w:rFonts w:cs="Times New Roman"/>
          <w:b/>
          <w:color w:val="000000" w:themeColor="text1"/>
          <w:szCs w:val="24"/>
        </w:rPr>
        <w:lastRenderedPageBreak/>
        <w:t>PART D. POINT-BY-POINT RESPONSE TEMPLATE</w:t>
      </w:r>
    </w:p>
    <w:p w14:paraId="4B7B3F3B" w14:textId="77777777" w:rsidR="004355E0" w:rsidRPr="00D532CF" w:rsidRDefault="00000000" w:rsidP="00F10029">
      <w:pPr>
        <w:suppressLineNumbers/>
        <w:spacing w:line="240" w:lineRule="auto"/>
        <w:jc w:val="center"/>
        <w:rPr>
          <w:rFonts w:cs="Times New Roman"/>
          <w:color w:val="000000" w:themeColor="text1"/>
          <w:szCs w:val="24"/>
        </w:rPr>
      </w:pPr>
      <w:r w:rsidRPr="00D532CF">
        <w:rPr>
          <w:rFonts w:cs="Times New Roman"/>
          <w:i/>
          <w:color w:val="000000" w:themeColor="text1"/>
          <w:szCs w:val="24"/>
        </w:rPr>
        <w:t>Use for revised submissions and submit as a separate file.</w:t>
      </w:r>
    </w:p>
    <w:p w14:paraId="52358DFA" w14:textId="77777777" w:rsidR="004355E0" w:rsidRPr="00D532CF" w:rsidRDefault="00000000" w:rsidP="00F10029">
      <w:pPr>
        <w:pStyle w:val="TemplateInstruction"/>
        <w:suppressLineNumbers/>
        <w:spacing w:after="0"/>
        <w:rPr>
          <w:rFonts w:cs="Times New Roman"/>
          <w:color w:val="000000" w:themeColor="text1"/>
          <w:sz w:val="24"/>
          <w:szCs w:val="24"/>
        </w:rPr>
      </w:pPr>
      <w:r w:rsidRPr="00D532CF">
        <w:rPr>
          <w:rFonts w:cs="Times New Roman"/>
          <w:color w:val="000000" w:themeColor="text1"/>
          <w:sz w:val="24"/>
          <w:szCs w:val="24"/>
        </w:rPr>
        <w:t>Quote each editor or reviewer comment exactly, provide a direct response, and identify the manuscript page and line numbers where the revision appears. Maintain a respectful and evidence-based tone. Explain clearly when a requested change was not made.</w:t>
      </w:r>
    </w:p>
    <w:p w14:paraId="6B949DF6"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Manuscript title: </w:t>
      </w:r>
      <w:r w:rsidRPr="00D532CF">
        <w:rPr>
          <w:rFonts w:cs="Times New Roman"/>
          <w:i/>
          <w:color w:val="000000" w:themeColor="text1"/>
          <w:szCs w:val="24"/>
        </w:rPr>
        <w:t>[Complete title]</w:t>
      </w:r>
    </w:p>
    <w:p w14:paraId="3F7CE705"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Manuscript ID: </w:t>
      </w:r>
      <w:r w:rsidRPr="00D532CF">
        <w:rPr>
          <w:rFonts w:cs="Times New Roman"/>
          <w:i/>
          <w:color w:val="000000" w:themeColor="text1"/>
          <w:szCs w:val="24"/>
        </w:rPr>
        <w:t>[If assigned]</w:t>
      </w:r>
    </w:p>
    <w:p w14:paraId="35B78003" w14:textId="77777777" w:rsidR="004355E0" w:rsidRPr="00D532CF" w:rsidRDefault="00000000" w:rsidP="00F10029">
      <w:pPr>
        <w:pStyle w:val="FormField"/>
        <w:suppressLineNumbers/>
        <w:spacing w:line="240" w:lineRule="auto"/>
        <w:rPr>
          <w:rFonts w:cs="Times New Roman"/>
          <w:color w:val="000000" w:themeColor="text1"/>
          <w:szCs w:val="24"/>
        </w:rPr>
      </w:pPr>
      <w:r w:rsidRPr="00D532CF">
        <w:rPr>
          <w:rFonts w:cs="Times New Roman"/>
          <w:b/>
          <w:color w:val="000000" w:themeColor="text1"/>
          <w:szCs w:val="24"/>
        </w:rPr>
        <w:t xml:space="preserve">Revision round: </w:t>
      </w:r>
      <w:r w:rsidRPr="00D532CF">
        <w:rPr>
          <w:rFonts w:cs="Times New Roman"/>
          <w:i/>
          <w:color w:val="000000" w:themeColor="text1"/>
          <w:szCs w:val="24"/>
        </w:rPr>
        <w:t>[First revision, second revision, etc.]</w:t>
      </w:r>
    </w:p>
    <w:p w14:paraId="5BB6BAB8"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Dear Editor and Reviewers:</w:t>
      </w:r>
    </w:p>
    <w:p w14:paraId="0C261790"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color w:val="000000" w:themeColor="text1"/>
          <w:szCs w:val="24"/>
        </w:rPr>
        <w:t>Thank you for the careful evaluation of our manuscript. We have addressed each comment below. Revisions are identified by page and line number in the revised manuscript.</w:t>
      </w:r>
    </w:p>
    <w:p w14:paraId="2C62A650" w14:textId="77777777" w:rsidR="004355E0" w:rsidRPr="00D532CF" w:rsidRDefault="00000000" w:rsidP="00F10029">
      <w:pPr>
        <w:pStyle w:val="Heading2"/>
        <w:suppressLineNumbers/>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Editor Comment 1</w:t>
      </w:r>
    </w:p>
    <w:p w14:paraId="5F930AFA"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Comment: </w:t>
      </w:r>
      <w:r w:rsidRPr="00D532CF">
        <w:rPr>
          <w:rFonts w:cs="Times New Roman"/>
          <w:i/>
          <w:color w:val="000000" w:themeColor="text1"/>
          <w:szCs w:val="24"/>
        </w:rPr>
        <w:t>[Paste the complete comment here.]</w:t>
      </w:r>
    </w:p>
    <w:p w14:paraId="2718F057"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Response: </w:t>
      </w:r>
      <w:r w:rsidRPr="00D532CF">
        <w:rPr>
          <w:rFonts w:cs="Times New Roman"/>
          <w:i/>
          <w:color w:val="000000" w:themeColor="text1"/>
          <w:szCs w:val="24"/>
        </w:rPr>
        <w:t>[State exactly what was changed, provide supporting explanation or evidence, and respond to every part of the comment.]</w:t>
      </w:r>
    </w:p>
    <w:p w14:paraId="02C8F314"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Location of revision: </w:t>
      </w:r>
      <w:r w:rsidRPr="00D532CF">
        <w:rPr>
          <w:rFonts w:cs="Times New Roman"/>
          <w:i/>
          <w:color w:val="000000" w:themeColor="text1"/>
          <w:szCs w:val="24"/>
        </w:rPr>
        <w:t>[Page X, lines Y–Z.]</w:t>
      </w:r>
    </w:p>
    <w:p w14:paraId="722205F4" w14:textId="77777777" w:rsidR="004355E0" w:rsidRPr="00D532CF" w:rsidRDefault="00000000" w:rsidP="00F10029">
      <w:pPr>
        <w:pStyle w:val="Heading2"/>
        <w:suppressLineNumbers/>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Reviewer 1, Comment 1</w:t>
      </w:r>
    </w:p>
    <w:p w14:paraId="1E4B4A9F"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Comment: </w:t>
      </w:r>
      <w:r w:rsidRPr="00D532CF">
        <w:rPr>
          <w:rFonts w:cs="Times New Roman"/>
          <w:i/>
          <w:color w:val="000000" w:themeColor="text1"/>
          <w:szCs w:val="24"/>
        </w:rPr>
        <w:t>[Paste the complete comment here.]</w:t>
      </w:r>
    </w:p>
    <w:p w14:paraId="497A6C3C"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Response: </w:t>
      </w:r>
      <w:r w:rsidRPr="00D532CF">
        <w:rPr>
          <w:rFonts w:cs="Times New Roman"/>
          <w:i/>
          <w:color w:val="000000" w:themeColor="text1"/>
          <w:szCs w:val="24"/>
        </w:rPr>
        <w:t>[State exactly what was changed, provide supporting explanation or evidence, and respond to every part of the comment.]</w:t>
      </w:r>
    </w:p>
    <w:p w14:paraId="789715A8"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Location of revision: </w:t>
      </w:r>
      <w:r w:rsidRPr="00D532CF">
        <w:rPr>
          <w:rFonts w:cs="Times New Roman"/>
          <w:i/>
          <w:color w:val="000000" w:themeColor="text1"/>
          <w:szCs w:val="24"/>
        </w:rPr>
        <w:t>[Page X, lines Y–Z.]</w:t>
      </w:r>
    </w:p>
    <w:p w14:paraId="5726C265" w14:textId="77777777" w:rsidR="004355E0" w:rsidRPr="00D532CF" w:rsidRDefault="00000000" w:rsidP="00F10029">
      <w:pPr>
        <w:pStyle w:val="Heading2"/>
        <w:suppressLineNumbers/>
        <w:spacing w:line="240" w:lineRule="auto"/>
        <w:rPr>
          <w:rFonts w:ascii="Times New Roman" w:hAnsi="Times New Roman" w:cs="Times New Roman"/>
          <w:color w:val="000000" w:themeColor="text1"/>
          <w:szCs w:val="24"/>
        </w:rPr>
      </w:pPr>
      <w:r w:rsidRPr="00D532CF">
        <w:rPr>
          <w:rFonts w:ascii="Times New Roman" w:hAnsi="Times New Roman" w:cs="Times New Roman"/>
          <w:color w:val="000000" w:themeColor="text1"/>
          <w:szCs w:val="24"/>
        </w:rPr>
        <w:t>Reviewer 2, Comment 1</w:t>
      </w:r>
    </w:p>
    <w:p w14:paraId="04FC79FB"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Comment: </w:t>
      </w:r>
      <w:r w:rsidRPr="00D532CF">
        <w:rPr>
          <w:rFonts w:cs="Times New Roman"/>
          <w:i/>
          <w:color w:val="000000" w:themeColor="text1"/>
          <w:szCs w:val="24"/>
        </w:rPr>
        <w:t>[Paste the complete comment here.]</w:t>
      </w:r>
    </w:p>
    <w:p w14:paraId="64E04B21"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Response: </w:t>
      </w:r>
      <w:r w:rsidRPr="00D532CF">
        <w:rPr>
          <w:rFonts w:cs="Times New Roman"/>
          <w:i/>
          <w:color w:val="000000" w:themeColor="text1"/>
          <w:szCs w:val="24"/>
        </w:rPr>
        <w:t>[State exactly what was changed, provide supporting explanation or evidence, and respond to every part of the comment.]</w:t>
      </w:r>
    </w:p>
    <w:p w14:paraId="0BAF0CA1" w14:textId="77777777" w:rsidR="004355E0" w:rsidRPr="00D532CF" w:rsidRDefault="00000000" w:rsidP="00F10029">
      <w:pPr>
        <w:suppressLineNumbers/>
        <w:spacing w:line="240" w:lineRule="auto"/>
        <w:ind w:firstLine="0"/>
        <w:rPr>
          <w:rFonts w:cs="Times New Roman"/>
          <w:color w:val="000000" w:themeColor="text1"/>
          <w:szCs w:val="24"/>
        </w:rPr>
      </w:pPr>
      <w:r w:rsidRPr="00D532CF">
        <w:rPr>
          <w:rFonts w:cs="Times New Roman"/>
          <w:b/>
          <w:color w:val="000000" w:themeColor="text1"/>
          <w:szCs w:val="24"/>
        </w:rPr>
        <w:t xml:space="preserve">Location of revision: </w:t>
      </w:r>
      <w:r w:rsidRPr="00D532CF">
        <w:rPr>
          <w:rFonts w:cs="Times New Roman"/>
          <w:i/>
          <w:color w:val="000000" w:themeColor="text1"/>
          <w:szCs w:val="24"/>
        </w:rPr>
        <w:t>[Page X, lines Y–Z.]</w:t>
      </w:r>
    </w:p>
    <w:p w14:paraId="55843595" w14:textId="77777777" w:rsidR="004355E0" w:rsidRPr="00D532CF" w:rsidRDefault="00000000" w:rsidP="00F10029">
      <w:pPr>
        <w:pStyle w:val="Heading1"/>
        <w:suppressLineNumbers/>
        <w:spacing w:line="240" w:lineRule="auto"/>
        <w:rPr>
          <w:rFonts w:ascii="Times New Roman" w:hAnsi="Times New Roman" w:cs="Times New Roman"/>
          <w:color w:val="000000" w:themeColor="text1"/>
          <w:sz w:val="24"/>
          <w:szCs w:val="24"/>
        </w:rPr>
      </w:pPr>
      <w:r w:rsidRPr="00D532CF">
        <w:rPr>
          <w:rFonts w:ascii="Times New Roman" w:hAnsi="Times New Roman" w:cs="Times New Roman"/>
          <w:color w:val="000000" w:themeColor="text1"/>
          <w:sz w:val="24"/>
          <w:szCs w:val="24"/>
        </w:rPr>
        <w:t>Final Submission Check</w:t>
      </w:r>
    </w:p>
    <w:p w14:paraId="4C087EB4"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Title page and anonymized manuscript are separate files</w:t>
      </w:r>
    </w:p>
    <w:p w14:paraId="7CF1969B"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All author-identifying details are removed from the blinded file and document properties</w:t>
      </w:r>
    </w:p>
    <w:p w14:paraId="5B2BA2A1"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All required declarations are complete and consistent across files</w:t>
      </w:r>
    </w:p>
    <w:p w14:paraId="340AF11A"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Abstract word count and keyword count meet the requirements</w:t>
      </w:r>
    </w:p>
    <w:p w14:paraId="22D03A87"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Tables are editable; figures are clear and properly captioned</w:t>
      </w:r>
    </w:p>
    <w:p w14:paraId="29621CD8"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Each table and figure is cited in the text and numbered in order</w:t>
      </w:r>
    </w:p>
    <w:p w14:paraId="33F94F1B"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Applicable reporting checklist is complete</w:t>
      </w:r>
    </w:p>
    <w:p w14:paraId="7E5C80F8"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In-text citations and reference-list entries match</w:t>
      </w:r>
    </w:p>
    <w:p w14:paraId="3DCC92D8"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DOIs are included when available</w:t>
      </w:r>
    </w:p>
    <w:p w14:paraId="6C2A3FE8"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Permissions are included for reproduced or adapted material</w:t>
      </w:r>
    </w:p>
    <w:p w14:paraId="2BE2A683" w14:textId="77777777" w:rsidR="004355E0" w:rsidRPr="00D532CF" w:rsidRDefault="00000000" w:rsidP="00F10029">
      <w:pPr>
        <w:pStyle w:val="Checklist"/>
        <w:suppressLineNumbers/>
        <w:spacing w:after="0" w:line="240" w:lineRule="auto"/>
        <w:rPr>
          <w:rFonts w:cs="Times New Roman"/>
          <w:color w:val="000000" w:themeColor="text1"/>
          <w:sz w:val="24"/>
          <w:szCs w:val="24"/>
        </w:rPr>
      </w:pPr>
      <w:r w:rsidRPr="00D532CF">
        <w:rPr>
          <w:rFonts w:ascii="Segoe UI Symbol" w:hAnsi="Segoe UI Symbol" w:cs="Segoe UI Symbol"/>
          <w:b/>
          <w:color w:val="000000" w:themeColor="text1"/>
          <w:sz w:val="24"/>
          <w:szCs w:val="24"/>
        </w:rPr>
        <w:t>☐</w:t>
      </w:r>
      <w:r w:rsidRPr="00D532CF">
        <w:rPr>
          <w:rFonts w:cs="Times New Roman"/>
          <w:b/>
          <w:color w:val="000000" w:themeColor="text1"/>
          <w:sz w:val="24"/>
          <w:szCs w:val="24"/>
        </w:rPr>
        <w:t xml:space="preserve"> </w:t>
      </w:r>
      <w:r w:rsidRPr="00D532CF">
        <w:rPr>
          <w:rFonts w:cs="Times New Roman"/>
          <w:color w:val="000000" w:themeColor="text1"/>
          <w:sz w:val="24"/>
          <w:szCs w:val="24"/>
        </w:rPr>
        <w:t>The final files have been proofread and approved by all authors</w:t>
      </w:r>
    </w:p>
    <w:sectPr w:rsidR="004355E0" w:rsidRPr="00D532C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79AB7" w14:textId="77777777" w:rsidR="00222DE1" w:rsidRDefault="00222DE1">
      <w:pPr>
        <w:spacing w:line="240" w:lineRule="auto"/>
      </w:pPr>
      <w:r>
        <w:separator/>
      </w:r>
    </w:p>
  </w:endnote>
  <w:endnote w:type="continuationSeparator" w:id="0">
    <w:p w14:paraId="05E8017D" w14:textId="77777777" w:rsidR="00222DE1" w:rsidRDefault="00222D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C491" w14:textId="77777777" w:rsidR="004355E0" w:rsidRDefault="00000000">
    <w:pPr>
      <w:pStyle w:val="Footer"/>
      <w:jc w:val="center"/>
    </w:pPr>
    <w:r>
      <w:rPr>
        <w:sz w:val="18"/>
      </w:rPr>
      <w:fldChar w:fldCharType="begin"/>
    </w:r>
    <w:r>
      <w:rPr>
        <w:sz w:val="18"/>
      </w:rPr>
      <w:instrText xml:space="preserve"> PAGE </w:instrText>
    </w:r>
    <w:r>
      <w:rPr>
        <w:sz w:val="18"/>
      </w:rPr>
      <w:fldChar w:fldCharType="separate"/>
    </w:r>
    <w:r w:rsidR="00D532CF">
      <w:rPr>
        <w:noProof/>
        <w:sz w:val="18"/>
      </w:rPr>
      <w:t>1</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3959" w14:textId="77777777" w:rsidR="004355E0" w:rsidRDefault="00000000">
    <w:pPr>
      <w:pStyle w:val="Footer"/>
      <w:jc w:val="center"/>
    </w:pPr>
    <w:r>
      <w:rPr>
        <w:sz w:val="18"/>
      </w:rPr>
      <w:fldChar w:fldCharType="begin"/>
    </w:r>
    <w:r>
      <w:rPr>
        <w:sz w:val="18"/>
      </w:rPr>
      <w:instrText xml:space="preserve"> PAGE </w:instrText>
    </w:r>
    <w:r>
      <w:rPr>
        <w:sz w:val="18"/>
      </w:rPr>
      <w:fldChar w:fldCharType="separate"/>
    </w:r>
    <w:r w:rsidR="00D532CF">
      <w:rPr>
        <w:noProof/>
        <w:sz w:val="18"/>
      </w:rPr>
      <w:t>2</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E1A0" w14:textId="77777777" w:rsidR="004355E0" w:rsidRDefault="00000000">
    <w:pPr>
      <w:pStyle w:val="Footer"/>
      <w:jc w:val="center"/>
    </w:pPr>
    <w:r>
      <w:rPr>
        <w:sz w:val="18"/>
      </w:rPr>
      <w:fldChar w:fldCharType="begin"/>
    </w:r>
    <w:r>
      <w:rPr>
        <w:sz w:val="18"/>
      </w:rPr>
      <w:instrText xml:space="preserve"> PAGE </w:instrText>
    </w:r>
    <w:r>
      <w:rPr>
        <w:sz w:val="18"/>
      </w:rPr>
      <w:fldChar w:fldCharType="separate"/>
    </w:r>
    <w:r w:rsidR="00D532CF">
      <w:rPr>
        <w:noProof/>
        <w:sz w:val="18"/>
      </w:rPr>
      <w:t>4</w:t>
    </w:r>
    <w:r>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35F3E" w14:textId="37504DE8" w:rsidR="004355E0" w:rsidRDefault="00000000">
    <w:pPr>
      <w:pStyle w:val="Footer"/>
      <w:jc w:val="center"/>
    </w:pPr>
    <w:r>
      <w:rPr>
        <w:sz w:val="18"/>
      </w:rPr>
      <w:fldChar w:fldCharType="begin"/>
    </w:r>
    <w:r>
      <w:rPr>
        <w:sz w:val="18"/>
      </w:rPr>
      <w:instrText xml:space="preserve"> PAGE </w:instrText>
    </w:r>
    <w:r>
      <w:rPr>
        <w:sz w:val="18"/>
      </w:rPr>
      <w:fldChar w:fldCharType="separate"/>
    </w:r>
    <w:r w:rsidR="00D532CF">
      <w:rPr>
        <w:noProof/>
        <w:sz w:val="18"/>
      </w:rPr>
      <w:t>10</w:t>
    </w:r>
    <w:r>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F602C" w14:textId="35AC0C59" w:rsidR="004355E0" w:rsidRDefault="00000000">
    <w:pPr>
      <w:pStyle w:val="Footer"/>
      <w:jc w:val="center"/>
    </w:pPr>
    <w:r>
      <w:rPr>
        <w:sz w:val="18"/>
      </w:rPr>
      <w:fldChar w:fldCharType="begin"/>
    </w:r>
    <w:r>
      <w:rPr>
        <w:sz w:val="18"/>
      </w:rPr>
      <w:instrText xml:space="preserve"> PAGE </w:instrText>
    </w:r>
    <w:r>
      <w:rPr>
        <w:sz w:val="18"/>
      </w:rPr>
      <w:fldChar w:fldCharType="separate"/>
    </w:r>
    <w:r w:rsidR="00D532CF">
      <w:rPr>
        <w:noProof/>
        <w:sz w:val="18"/>
      </w:rPr>
      <w:t>11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6CF6" w14:textId="77777777" w:rsidR="00222DE1" w:rsidRDefault="00222DE1">
      <w:pPr>
        <w:spacing w:line="240" w:lineRule="auto"/>
      </w:pPr>
      <w:r>
        <w:separator/>
      </w:r>
    </w:p>
  </w:footnote>
  <w:footnote w:type="continuationSeparator" w:id="0">
    <w:p w14:paraId="023B8F9F" w14:textId="77777777" w:rsidR="00222DE1" w:rsidRDefault="00222D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312E6" w14:textId="77777777" w:rsidR="004355E0" w:rsidRDefault="00000000">
    <w:pPr>
      <w:pStyle w:val="Header"/>
      <w:jc w:val="center"/>
    </w:pPr>
    <w:r>
      <w:rPr>
        <w:b/>
        <w:color w:val="595959"/>
        <w:sz w:val="18"/>
      </w:rPr>
      <w:t>ANONYMIZED MANUSCRIPT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E1D33" w14:textId="77777777" w:rsidR="004355E0" w:rsidRDefault="004355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D926" w14:textId="77777777" w:rsidR="004355E0" w:rsidRDefault="00435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49788269">
    <w:abstractNumId w:val="8"/>
  </w:num>
  <w:num w:numId="2" w16cid:durableId="732389481">
    <w:abstractNumId w:val="6"/>
  </w:num>
  <w:num w:numId="3" w16cid:durableId="1742290774">
    <w:abstractNumId w:val="5"/>
  </w:num>
  <w:num w:numId="4" w16cid:durableId="400180484">
    <w:abstractNumId w:val="4"/>
  </w:num>
  <w:num w:numId="5" w16cid:durableId="4286878">
    <w:abstractNumId w:val="7"/>
  </w:num>
  <w:num w:numId="6" w16cid:durableId="863908963">
    <w:abstractNumId w:val="3"/>
  </w:num>
  <w:num w:numId="7" w16cid:durableId="267740631">
    <w:abstractNumId w:val="2"/>
  </w:num>
  <w:num w:numId="8" w16cid:durableId="1960598848">
    <w:abstractNumId w:val="1"/>
  </w:num>
  <w:num w:numId="9" w16cid:durableId="83553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337A"/>
    <w:rsid w:val="0015074B"/>
    <w:rsid w:val="001A1DBC"/>
    <w:rsid w:val="001E61AE"/>
    <w:rsid w:val="00222DE1"/>
    <w:rsid w:val="0029639D"/>
    <w:rsid w:val="00326F90"/>
    <w:rsid w:val="004355E0"/>
    <w:rsid w:val="00482EB1"/>
    <w:rsid w:val="004B4416"/>
    <w:rsid w:val="0053084E"/>
    <w:rsid w:val="005646A3"/>
    <w:rsid w:val="005D63C9"/>
    <w:rsid w:val="005E66D9"/>
    <w:rsid w:val="00642DC4"/>
    <w:rsid w:val="00661CC0"/>
    <w:rsid w:val="00706EAD"/>
    <w:rsid w:val="00783D3E"/>
    <w:rsid w:val="00787C0F"/>
    <w:rsid w:val="007A2006"/>
    <w:rsid w:val="007C300A"/>
    <w:rsid w:val="007D189E"/>
    <w:rsid w:val="0094033C"/>
    <w:rsid w:val="00942D2A"/>
    <w:rsid w:val="00AA1D8D"/>
    <w:rsid w:val="00AC704C"/>
    <w:rsid w:val="00B47730"/>
    <w:rsid w:val="00B8614F"/>
    <w:rsid w:val="00C14501"/>
    <w:rsid w:val="00C17A69"/>
    <w:rsid w:val="00CB0664"/>
    <w:rsid w:val="00D23865"/>
    <w:rsid w:val="00D532CF"/>
    <w:rsid w:val="00D80AFA"/>
    <w:rsid w:val="00DB3639"/>
    <w:rsid w:val="00DD3A25"/>
    <w:rsid w:val="00DD3A46"/>
    <w:rsid w:val="00E50C07"/>
    <w:rsid w:val="00ED4F04"/>
    <w:rsid w:val="00F10029"/>
    <w:rsid w:val="00FB613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5DDF6A"/>
  <w14:defaultImageDpi w14:val="300"/>
  <w15:docId w15:val="{40B79916-70A6-4636-B997-4FDD3068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ind w:firstLine="72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ind w:firstLine="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120"/>
      <w:ind w:firstLine="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240"/>
      <w:ind w:firstLine="0"/>
      <w:contextualSpacing/>
      <w:jc w:val="center"/>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keepLines/>
      <w:numPr>
        <w:ilvl w:val="1"/>
      </w:numPr>
      <w:spacing w:before="240"/>
      <w:ind w:firstLine="720"/>
    </w:pPr>
    <w:rPr>
      <w:rFonts w:asciiTheme="majorHAnsi" w:eastAsiaTheme="majorEastAsia" w:hAnsiTheme="majorHAnsi" w:cstheme="majorBidi"/>
      <w:i/>
      <w:iCs/>
      <w:color w:val="00000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mplateInstruction">
    <w:name w:val="Template Instruction"/>
    <w:pPr>
      <w:pBdr>
        <w:bottom w:val="single" w:sz="4" w:space="4" w:color="D9D9D9"/>
      </w:pBdr>
      <w:shd w:val="clear" w:color="auto" w:fill="F2F2F2"/>
      <w:spacing w:after="120" w:line="240" w:lineRule="auto"/>
    </w:pPr>
    <w:rPr>
      <w:rFonts w:ascii="Times New Roman" w:eastAsia="Times New Roman" w:hAnsi="Times New Roman"/>
      <w:i/>
      <w:color w:val="595959"/>
      <w:sz w:val="20"/>
    </w:rPr>
  </w:style>
  <w:style w:type="paragraph" w:customStyle="1" w:styleId="Placeholder">
    <w:name w:val="Placeholder"/>
    <w:pPr>
      <w:spacing w:after="0" w:line="480" w:lineRule="auto"/>
      <w:ind w:firstLine="720"/>
    </w:pPr>
    <w:rPr>
      <w:rFonts w:ascii="Times New Roman" w:eastAsia="Times New Roman" w:hAnsi="Times New Roman"/>
      <w:i/>
      <w:color w:val="595959"/>
      <w:sz w:val="24"/>
    </w:rPr>
  </w:style>
  <w:style w:type="paragraph" w:customStyle="1" w:styleId="Checklist">
    <w:name w:val="Checklist"/>
    <w:pPr>
      <w:spacing w:after="60"/>
      <w:ind w:left="216" w:hanging="216"/>
    </w:pPr>
    <w:rPr>
      <w:rFonts w:ascii="Times New Roman" w:eastAsia="Times New Roman" w:hAnsi="Times New Roman"/>
    </w:rPr>
  </w:style>
  <w:style w:type="paragraph" w:customStyle="1" w:styleId="FormField">
    <w:name w:val="Form Field"/>
    <w:pPr>
      <w:spacing w:after="0" w:line="480" w:lineRule="auto"/>
    </w:pPr>
    <w:rPr>
      <w:rFonts w:ascii="Times New Roman" w:eastAsia="Times New Roman" w:hAnsi="Times New Roman"/>
      <w:sz w:val="24"/>
    </w:rPr>
  </w:style>
  <w:style w:type="paragraph" w:customStyle="1" w:styleId="AbstractLabel">
    <w:name w:val="Abstract Label"/>
    <w:pPr>
      <w:spacing w:after="0" w:line="480" w:lineRule="auto"/>
    </w:pPr>
    <w:rPr>
      <w:rFonts w:ascii="Times New Roman" w:eastAsia="Times New Roman" w:hAnsi="Times New Roman"/>
      <w:b/>
      <w:sz w:val="24"/>
    </w:rPr>
  </w:style>
  <w:style w:type="paragraph" w:customStyle="1" w:styleId="Reference">
    <w:name w:val="Reference"/>
    <w:pPr>
      <w:spacing w:after="0" w:line="480" w:lineRule="auto"/>
      <w:ind w:left="720" w:hanging="720"/>
    </w:pPr>
    <w:rPr>
      <w:rFonts w:ascii="Times New Roman" w:eastAsia="Times New Roman" w:hAnsi="Times New Roman"/>
      <w:sz w:val="24"/>
    </w:rPr>
  </w:style>
  <w:style w:type="character" w:styleId="LineNumber">
    <w:name w:val="line number"/>
    <w:basedOn w:val="DefaultParagraphFont"/>
    <w:uiPriority w:val="99"/>
    <w:semiHidden/>
    <w:unhideWhenUsed/>
    <w:rsid w:val="00D53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2138</Words>
  <Characters>12189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Journal Manuscript and Submission Template</dc:title>
  <dc:subject>Journal manuscript submission template</dc:subject>
  <dc:creator>User</dc:creator>
  <cp:keywords>journal; manuscript; template; submission</cp:keywords>
  <dc:description>Journal-neutral template with author instructions.</dc:description>
  <cp:lastModifiedBy>User</cp:lastModifiedBy>
  <cp:revision>3</cp:revision>
  <dcterms:created xsi:type="dcterms:W3CDTF">2026-07-27T08:41:00Z</dcterms:created>
  <dcterms:modified xsi:type="dcterms:W3CDTF">2026-07-27T08:43:00Z</dcterms:modified>
  <cp:category/>
</cp:coreProperties>
</file>